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3F5002" w14:textId="2EC77C1B" w:rsidR="00352BAE" w:rsidRDefault="00352BAE">
      <w:pPr>
        <w:jc w:val="center"/>
        <w:rPr>
          <w:b/>
          <w:sz w:val="40"/>
        </w:rPr>
      </w:pPr>
      <w:r>
        <w:rPr>
          <w:rFonts w:cs="Calibri"/>
          <w:noProof/>
          <w:lang w:val="en-GB" w:eastAsia="en-GB"/>
        </w:rPr>
        <w:drawing>
          <wp:inline distT="0" distB="0" distL="0" distR="0" wp14:anchorId="5F29AAF4" wp14:editId="4690CCE6">
            <wp:extent cx="5486400" cy="1544185"/>
            <wp:effectExtent l="0" t="0" r="0" b="0"/>
            <wp:docPr id="1" name="Picture 1" descr="Berlesduna final logo -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lesduna final logo - colou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1544185"/>
                    </a:xfrm>
                    <a:prstGeom prst="rect">
                      <a:avLst/>
                    </a:prstGeom>
                    <a:noFill/>
                    <a:ln>
                      <a:noFill/>
                    </a:ln>
                  </pic:spPr>
                </pic:pic>
              </a:graphicData>
            </a:graphic>
          </wp:inline>
        </w:drawing>
      </w:r>
    </w:p>
    <w:p w14:paraId="7CFD453E" w14:textId="77777777" w:rsidR="00352BAE" w:rsidRDefault="00352BAE">
      <w:pPr>
        <w:jc w:val="center"/>
        <w:rPr>
          <w:b/>
          <w:sz w:val="40"/>
        </w:rPr>
      </w:pPr>
    </w:p>
    <w:p w14:paraId="1474A1A5" w14:textId="19E0FD30" w:rsidR="00FB45D1" w:rsidRDefault="002E4DC1">
      <w:pPr>
        <w:jc w:val="center"/>
        <w:rPr>
          <w:rFonts w:ascii="Arial" w:hAnsi="Arial" w:cs="Arial"/>
          <w:b/>
          <w:color w:val="00B0F0"/>
          <w:sz w:val="96"/>
          <w:szCs w:val="96"/>
        </w:rPr>
      </w:pPr>
      <w:r w:rsidRPr="00352BAE">
        <w:rPr>
          <w:rFonts w:ascii="Arial" w:hAnsi="Arial" w:cs="Arial"/>
          <w:b/>
          <w:color w:val="00B0F0"/>
          <w:sz w:val="96"/>
          <w:szCs w:val="96"/>
        </w:rPr>
        <w:t xml:space="preserve">Trust First Aid Policy </w:t>
      </w:r>
    </w:p>
    <w:tbl>
      <w:tblPr>
        <w:tblpPr w:leftFromText="180" w:rightFromText="180" w:vertAnchor="text" w:horzAnchor="margin" w:tblpY="113"/>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0"/>
        <w:gridCol w:w="4654"/>
      </w:tblGrid>
      <w:tr w:rsidR="00352BAE" w14:paraId="57002539" w14:textId="77777777" w:rsidTr="00027A1A">
        <w:tc>
          <w:tcPr>
            <w:tcW w:w="44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42C4AD" w14:textId="245C7764" w:rsidR="00352BAE" w:rsidRDefault="00352BAE" w:rsidP="00027A1A">
            <w:pPr>
              <w:jc w:val="center"/>
              <w:rPr>
                <w:rFonts w:eastAsia="Times New Roman"/>
                <w:sz w:val="23"/>
                <w:szCs w:val="23"/>
              </w:rPr>
            </w:pPr>
            <w:r>
              <w:rPr>
                <w:rFonts w:eastAsia="Times New Roman"/>
                <w:sz w:val="23"/>
                <w:szCs w:val="23"/>
              </w:rPr>
              <w:t>This Policy was updated and ratified by the Trust:</w:t>
            </w:r>
          </w:p>
        </w:tc>
        <w:tc>
          <w:tcPr>
            <w:tcW w:w="4654" w:type="dxa"/>
            <w:tcBorders>
              <w:top w:val="single" w:sz="4" w:space="0" w:color="auto"/>
              <w:left w:val="single" w:sz="4" w:space="0" w:color="auto"/>
              <w:bottom w:val="single" w:sz="4" w:space="0" w:color="auto"/>
              <w:right w:val="single" w:sz="4" w:space="0" w:color="auto"/>
            </w:tcBorders>
            <w:shd w:val="clear" w:color="auto" w:fill="D9D9D9"/>
          </w:tcPr>
          <w:p w14:paraId="2E7FF644" w14:textId="77777777" w:rsidR="00352BAE" w:rsidRDefault="00352BAE" w:rsidP="00027A1A">
            <w:pPr>
              <w:jc w:val="center"/>
              <w:rPr>
                <w:rFonts w:eastAsia="Times New Roman"/>
                <w:b/>
                <w:sz w:val="23"/>
                <w:szCs w:val="23"/>
              </w:rPr>
            </w:pPr>
          </w:p>
          <w:p w14:paraId="7E176B3C" w14:textId="50FECFFF" w:rsidR="00352BAE" w:rsidRDefault="00CD6C9D" w:rsidP="00027A1A">
            <w:pPr>
              <w:jc w:val="center"/>
              <w:rPr>
                <w:rFonts w:eastAsia="Times New Roman"/>
                <w:b/>
                <w:sz w:val="23"/>
                <w:szCs w:val="23"/>
              </w:rPr>
            </w:pPr>
            <w:r>
              <w:rPr>
                <w:rFonts w:eastAsia="Times New Roman"/>
                <w:b/>
                <w:sz w:val="23"/>
                <w:szCs w:val="23"/>
              </w:rPr>
              <w:t>June 2026</w:t>
            </w:r>
          </w:p>
          <w:p w14:paraId="6379E983" w14:textId="77777777" w:rsidR="00352BAE" w:rsidRDefault="00352BAE" w:rsidP="00027A1A">
            <w:pPr>
              <w:jc w:val="center"/>
              <w:rPr>
                <w:rFonts w:eastAsia="Times New Roman"/>
                <w:b/>
                <w:sz w:val="23"/>
                <w:szCs w:val="23"/>
              </w:rPr>
            </w:pPr>
          </w:p>
        </w:tc>
      </w:tr>
      <w:tr w:rsidR="00352BAE" w14:paraId="129F7CDB" w14:textId="77777777" w:rsidTr="00027A1A">
        <w:tc>
          <w:tcPr>
            <w:tcW w:w="44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BA0E55B" w14:textId="670E4F93" w:rsidR="00352BAE" w:rsidRDefault="00352BAE" w:rsidP="00027A1A">
            <w:pPr>
              <w:jc w:val="center"/>
              <w:rPr>
                <w:rFonts w:eastAsia="Times New Roman"/>
                <w:sz w:val="23"/>
                <w:szCs w:val="23"/>
              </w:rPr>
            </w:pPr>
            <w:r>
              <w:rPr>
                <w:rFonts w:eastAsia="Times New Roman"/>
                <w:sz w:val="23"/>
                <w:szCs w:val="23"/>
              </w:rPr>
              <w:t>This Policy will be reviewed:</w:t>
            </w:r>
          </w:p>
        </w:tc>
        <w:tc>
          <w:tcPr>
            <w:tcW w:w="4654" w:type="dxa"/>
            <w:tcBorders>
              <w:top w:val="single" w:sz="4" w:space="0" w:color="auto"/>
              <w:left w:val="single" w:sz="4" w:space="0" w:color="auto"/>
              <w:bottom w:val="single" w:sz="4" w:space="0" w:color="auto"/>
              <w:right w:val="single" w:sz="4" w:space="0" w:color="auto"/>
            </w:tcBorders>
            <w:shd w:val="clear" w:color="auto" w:fill="D9D9D9"/>
          </w:tcPr>
          <w:p w14:paraId="02E16CD1" w14:textId="77777777" w:rsidR="00352BAE" w:rsidRDefault="00352BAE" w:rsidP="00027A1A">
            <w:pPr>
              <w:jc w:val="center"/>
              <w:rPr>
                <w:rFonts w:eastAsia="Times New Roman"/>
                <w:sz w:val="23"/>
                <w:szCs w:val="23"/>
              </w:rPr>
            </w:pPr>
          </w:p>
          <w:p w14:paraId="5841DAB9" w14:textId="2FC3BAC9" w:rsidR="00352BAE" w:rsidRDefault="00352BAE" w:rsidP="00027A1A">
            <w:pPr>
              <w:jc w:val="center"/>
              <w:rPr>
                <w:rFonts w:eastAsia="Times New Roman"/>
                <w:sz w:val="23"/>
                <w:szCs w:val="23"/>
              </w:rPr>
            </w:pPr>
            <w:r>
              <w:rPr>
                <w:rFonts w:eastAsia="Times New Roman"/>
                <w:sz w:val="23"/>
                <w:szCs w:val="23"/>
              </w:rPr>
              <w:t>Annually</w:t>
            </w:r>
          </w:p>
          <w:p w14:paraId="7170E21E" w14:textId="77777777" w:rsidR="00352BAE" w:rsidRDefault="00352BAE" w:rsidP="00027A1A">
            <w:pPr>
              <w:jc w:val="center"/>
              <w:rPr>
                <w:rFonts w:eastAsia="Times New Roman"/>
                <w:b/>
                <w:sz w:val="23"/>
                <w:szCs w:val="23"/>
              </w:rPr>
            </w:pPr>
          </w:p>
        </w:tc>
      </w:tr>
      <w:tr w:rsidR="00352BAE" w14:paraId="67E0F115" w14:textId="77777777" w:rsidTr="00027A1A">
        <w:tc>
          <w:tcPr>
            <w:tcW w:w="44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859D07" w14:textId="1273F018" w:rsidR="00352BAE" w:rsidRDefault="00352BAE" w:rsidP="00027A1A">
            <w:pPr>
              <w:rPr>
                <w:rFonts w:eastAsia="Times New Roman"/>
                <w:sz w:val="23"/>
                <w:szCs w:val="23"/>
              </w:rPr>
            </w:pPr>
            <w:r>
              <w:rPr>
                <w:rFonts w:eastAsia="Times New Roman"/>
                <w:sz w:val="23"/>
                <w:szCs w:val="23"/>
              </w:rPr>
              <w:t xml:space="preserve">              This Policy will be reviewed by: </w:t>
            </w:r>
          </w:p>
        </w:tc>
        <w:tc>
          <w:tcPr>
            <w:tcW w:w="4654" w:type="dxa"/>
            <w:tcBorders>
              <w:top w:val="single" w:sz="4" w:space="0" w:color="auto"/>
              <w:left w:val="single" w:sz="4" w:space="0" w:color="auto"/>
              <w:bottom w:val="single" w:sz="4" w:space="0" w:color="auto"/>
              <w:right w:val="single" w:sz="4" w:space="0" w:color="auto"/>
            </w:tcBorders>
            <w:shd w:val="clear" w:color="auto" w:fill="D9D9D9"/>
          </w:tcPr>
          <w:p w14:paraId="1FE5C340" w14:textId="77777777" w:rsidR="00352BAE" w:rsidRDefault="00352BAE" w:rsidP="00027A1A">
            <w:pPr>
              <w:jc w:val="center"/>
              <w:rPr>
                <w:rFonts w:eastAsia="Times New Roman"/>
                <w:sz w:val="23"/>
                <w:szCs w:val="23"/>
              </w:rPr>
            </w:pPr>
          </w:p>
          <w:p w14:paraId="4C804072" w14:textId="3146349C" w:rsidR="00352BAE" w:rsidRDefault="00CD6C9D" w:rsidP="00027A1A">
            <w:pPr>
              <w:jc w:val="center"/>
              <w:rPr>
                <w:rFonts w:eastAsia="Times New Roman"/>
                <w:sz w:val="23"/>
                <w:szCs w:val="23"/>
              </w:rPr>
            </w:pPr>
            <w:r>
              <w:rPr>
                <w:rFonts w:eastAsia="Times New Roman"/>
                <w:sz w:val="23"/>
                <w:szCs w:val="23"/>
              </w:rPr>
              <w:t>June 2027</w:t>
            </w:r>
          </w:p>
          <w:p w14:paraId="6F353937" w14:textId="77777777" w:rsidR="00352BAE" w:rsidRDefault="00352BAE" w:rsidP="00027A1A">
            <w:pPr>
              <w:jc w:val="center"/>
              <w:rPr>
                <w:rFonts w:eastAsia="Times New Roman"/>
                <w:sz w:val="23"/>
                <w:szCs w:val="23"/>
              </w:rPr>
            </w:pPr>
          </w:p>
        </w:tc>
      </w:tr>
    </w:tbl>
    <w:p w14:paraId="675DDBB3" w14:textId="77777777" w:rsidR="00352BAE" w:rsidRPr="00352BAE" w:rsidRDefault="00352BAE">
      <w:pPr>
        <w:jc w:val="center"/>
        <w:rPr>
          <w:rFonts w:ascii="Arial" w:hAnsi="Arial" w:cs="Arial"/>
          <w:color w:val="00B0F0"/>
          <w:sz w:val="96"/>
          <w:szCs w:val="96"/>
        </w:rPr>
      </w:pPr>
    </w:p>
    <w:p w14:paraId="57B34979" w14:textId="3326124E" w:rsidR="002E4DC1" w:rsidRPr="00352BAE" w:rsidRDefault="002E4DC1" w:rsidP="002E4DC1">
      <w:pPr>
        <w:pStyle w:val="Heading1"/>
        <w:spacing w:line="300" w:lineRule="atLeast"/>
        <w:rPr>
          <w:rFonts w:ascii="Segoe UI" w:eastAsia="Times New Roman" w:hAnsi="Segoe UI" w:cs="Segoe UI"/>
          <w:color w:val="00B0F0"/>
          <w:kern w:val="36"/>
          <w:sz w:val="48"/>
          <w:szCs w:val="48"/>
          <w:lang w:val="en-GB" w:eastAsia="en-GB"/>
        </w:rPr>
      </w:pPr>
      <w:r w:rsidRPr="00352BAE">
        <w:rPr>
          <w:rFonts w:ascii="Segoe UI" w:eastAsia="Times New Roman" w:hAnsi="Segoe UI" w:cs="Segoe UI"/>
          <w:color w:val="00B0F0"/>
          <w:kern w:val="36"/>
          <w:sz w:val="48"/>
          <w:szCs w:val="48"/>
          <w:lang w:val="en-GB" w:eastAsia="en-GB"/>
        </w:rPr>
        <w:lastRenderedPageBreak/>
        <w:t>1. Aims</w:t>
      </w:r>
    </w:p>
    <w:p w14:paraId="14168B10"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The Trust is committed to ensuring the health, safety, and welfare of all pupils, staff, and visitors. This policy aims to:</w:t>
      </w:r>
    </w:p>
    <w:p w14:paraId="3FE1B210" w14:textId="77777777" w:rsidR="002E4DC1" w:rsidRPr="002E4DC1" w:rsidRDefault="002E4DC1" w:rsidP="002E4DC1">
      <w:pPr>
        <w:numPr>
          <w:ilvl w:val="0"/>
          <w:numId w:val="10"/>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Ensure prompt and effective first aid provision across all Trust schools</w:t>
      </w:r>
    </w:p>
    <w:p w14:paraId="5078F411" w14:textId="77777777" w:rsidR="002E4DC1" w:rsidRPr="002E4DC1" w:rsidRDefault="002E4DC1" w:rsidP="002E4DC1">
      <w:pPr>
        <w:numPr>
          <w:ilvl w:val="0"/>
          <w:numId w:val="10"/>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Provide a clear framework for responding to accidents and medical incidents</w:t>
      </w:r>
    </w:p>
    <w:p w14:paraId="4B380B5D" w14:textId="77777777" w:rsidR="002E4DC1" w:rsidRPr="002E4DC1" w:rsidRDefault="002E4DC1" w:rsidP="002E4DC1">
      <w:pPr>
        <w:numPr>
          <w:ilvl w:val="0"/>
          <w:numId w:val="10"/>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Ensure compliance with statutory guidance and legal requirements</w:t>
      </w:r>
    </w:p>
    <w:p w14:paraId="4018CACC" w14:textId="77777777" w:rsidR="002E4DC1" w:rsidRPr="002E4DC1" w:rsidRDefault="002E4DC1" w:rsidP="002E4DC1">
      <w:pPr>
        <w:numPr>
          <w:ilvl w:val="0"/>
          <w:numId w:val="10"/>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Clarify roles and responsibilities at Trust and school level</w:t>
      </w:r>
    </w:p>
    <w:p w14:paraId="1228D00D" w14:textId="77777777" w:rsidR="002E4DC1" w:rsidRPr="002E4DC1" w:rsidRDefault="002E4DC1" w:rsidP="002E4DC1">
      <w:pPr>
        <w:numPr>
          <w:ilvl w:val="0"/>
          <w:numId w:val="10"/>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Ensure appropriate training, equipment, and reporting systems are in place</w:t>
      </w:r>
    </w:p>
    <w:p w14:paraId="42C23154" w14:textId="16C618A9" w:rsidR="002E4DC1" w:rsidRPr="002E4DC1" w:rsidRDefault="002E4DC1" w:rsidP="002E4DC1">
      <w:pPr>
        <w:spacing w:after="0" w:line="300" w:lineRule="atLeast"/>
        <w:rPr>
          <w:rFonts w:ascii="Segoe UI" w:eastAsia="Times New Roman" w:hAnsi="Segoe UI" w:cs="Segoe UI"/>
          <w:sz w:val="21"/>
          <w:szCs w:val="21"/>
          <w:lang w:val="en-GB" w:eastAsia="en-GB"/>
        </w:rPr>
      </w:pPr>
    </w:p>
    <w:p w14:paraId="2EEB3C9B" w14:textId="77777777" w:rsidR="002E4DC1" w:rsidRPr="00352BAE" w:rsidRDefault="002E4DC1" w:rsidP="002E4DC1">
      <w:pPr>
        <w:spacing w:before="100" w:beforeAutospacing="1" w:after="100" w:afterAutospacing="1" w:line="300" w:lineRule="atLeast"/>
        <w:outlineLvl w:val="0"/>
        <w:rPr>
          <w:rFonts w:ascii="Segoe UI" w:eastAsia="Times New Roman" w:hAnsi="Segoe UI" w:cs="Segoe UI"/>
          <w:b/>
          <w:bCs/>
          <w:color w:val="00B0F0"/>
          <w:kern w:val="36"/>
          <w:sz w:val="48"/>
          <w:szCs w:val="48"/>
          <w:lang w:val="en-GB" w:eastAsia="en-GB"/>
        </w:rPr>
      </w:pPr>
      <w:r w:rsidRPr="00352BAE">
        <w:rPr>
          <w:rFonts w:ascii="Segoe UI" w:eastAsia="Times New Roman" w:hAnsi="Segoe UI" w:cs="Segoe UI"/>
          <w:b/>
          <w:bCs/>
          <w:color w:val="00B0F0"/>
          <w:kern w:val="36"/>
          <w:sz w:val="48"/>
          <w:szCs w:val="48"/>
          <w:lang w:val="en-GB" w:eastAsia="en-GB"/>
        </w:rPr>
        <w:t>2. Legislation and Guidance</w:t>
      </w:r>
    </w:p>
    <w:p w14:paraId="1180DF07"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This policy complies with:</w:t>
      </w:r>
    </w:p>
    <w:p w14:paraId="17F8C56B" w14:textId="77777777" w:rsidR="002E4DC1" w:rsidRPr="002E4DC1" w:rsidRDefault="002E4DC1" w:rsidP="002E4DC1">
      <w:pPr>
        <w:numPr>
          <w:ilvl w:val="0"/>
          <w:numId w:val="11"/>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Health and Safety (First Aid) Regulations 1981</w:t>
      </w:r>
    </w:p>
    <w:p w14:paraId="3DBA645A" w14:textId="77777777" w:rsidR="002E4DC1" w:rsidRPr="002E4DC1" w:rsidRDefault="002E4DC1" w:rsidP="002E4DC1">
      <w:pPr>
        <w:numPr>
          <w:ilvl w:val="0"/>
          <w:numId w:val="11"/>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Management of Health and Safety at Work Regulations 1999</w:t>
      </w:r>
    </w:p>
    <w:p w14:paraId="32A8994D" w14:textId="77777777" w:rsidR="002E4DC1" w:rsidRPr="002E4DC1" w:rsidRDefault="002E4DC1" w:rsidP="002E4DC1">
      <w:pPr>
        <w:numPr>
          <w:ilvl w:val="0"/>
          <w:numId w:val="11"/>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Reporting of Injuries, Diseases and Dangerous Occurrences Regulations (RIDDOR) 2013</w:t>
      </w:r>
    </w:p>
    <w:p w14:paraId="090DF931" w14:textId="77777777" w:rsidR="002E4DC1" w:rsidRPr="002E4DC1" w:rsidRDefault="002E4DC1" w:rsidP="002E4DC1">
      <w:pPr>
        <w:numPr>
          <w:ilvl w:val="0"/>
          <w:numId w:val="11"/>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Social Security (Claims and Payments) Regulations 1979</w:t>
      </w:r>
    </w:p>
    <w:p w14:paraId="781D7496" w14:textId="77777777" w:rsidR="002E4DC1" w:rsidRPr="002E4DC1" w:rsidRDefault="002E4DC1" w:rsidP="002E4DC1">
      <w:pPr>
        <w:numPr>
          <w:ilvl w:val="0"/>
          <w:numId w:val="11"/>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Education (Independent School Standards) Regulations 2014</w:t>
      </w:r>
    </w:p>
    <w:p w14:paraId="1D0E89A4" w14:textId="77777777" w:rsidR="002E4DC1" w:rsidRPr="002E4DC1" w:rsidRDefault="002E4DC1" w:rsidP="002E4DC1">
      <w:pPr>
        <w:numPr>
          <w:ilvl w:val="0"/>
          <w:numId w:val="11"/>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 xml:space="preserve">DfE: </w:t>
      </w:r>
      <w:r w:rsidRPr="002E4DC1">
        <w:rPr>
          <w:rFonts w:ascii="Segoe UI" w:eastAsia="Times New Roman" w:hAnsi="Segoe UI" w:cs="Segoe UI"/>
          <w:i/>
          <w:iCs/>
          <w:sz w:val="21"/>
          <w:szCs w:val="21"/>
          <w:lang w:val="en-GB" w:eastAsia="en-GB"/>
        </w:rPr>
        <w:t>First Aid in Schools</w:t>
      </w:r>
      <w:r w:rsidRPr="002E4DC1">
        <w:rPr>
          <w:rFonts w:ascii="Segoe UI" w:eastAsia="Times New Roman" w:hAnsi="Segoe UI" w:cs="Segoe UI"/>
          <w:sz w:val="21"/>
          <w:szCs w:val="21"/>
          <w:lang w:val="en-GB" w:eastAsia="en-GB"/>
        </w:rPr>
        <w:t xml:space="preserve"> guidance</w:t>
      </w:r>
    </w:p>
    <w:p w14:paraId="51C328D3" w14:textId="77777777" w:rsidR="002E4DC1" w:rsidRPr="002E4DC1" w:rsidRDefault="002E4DC1" w:rsidP="002E4DC1">
      <w:pPr>
        <w:numPr>
          <w:ilvl w:val="0"/>
          <w:numId w:val="11"/>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Statutory Framework for the Early Years Foundation Stage (EYFS)</w:t>
      </w:r>
    </w:p>
    <w:p w14:paraId="47021519" w14:textId="48ACBFFE" w:rsidR="002E4DC1" w:rsidRPr="002E4DC1" w:rsidRDefault="002E4DC1" w:rsidP="002E4DC1">
      <w:pPr>
        <w:spacing w:after="0" w:line="300" w:lineRule="atLeast"/>
        <w:rPr>
          <w:rFonts w:ascii="Segoe UI" w:eastAsia="Times New Roman" w:hAnsi="Segoe UI" w:cs="Segoe UI"/>
          <w:sz w:val="21"/>
          <w:szCs w:val="21"/>
          <w:lang w:val="en-GB" w:eastAsia="en-GB"/>
        </w:rPr>
      </w:pPr>
    </w:p>
    <w:p w14:paraId="35F02FE2" w14:textId="77777777" w:rsidR="002E4DC1" w:rsidRPr="00352BAE" w:rsidRDefault="002E4DC1" w:rsidP="002E4DC1">
      <w:pPr>
        <w:spacing w:before="100" w:beforeAutospacing="1" w:after="100" w:afterAutospacing="1" w:line="300" w:lineRule="atLeast"/>
        <w:outlineLvl w:val="0"/>
        <w:rPr>
          <w:rFonts w:ascii="Segoe UI" w:eastAsia="Times New Roman" w:hAnsi="Segoe UI" w:cs="Segoe UI"/>
          <w:b/>
          <w:bCs/>
          <w:color w:val="00B0F0"/>
          <w:kern w:val="36"/>
          <w:sz w:val="48"/>
          <w:szCs w:val="48"/>
          <w:lang w:val="en-GB" w:eastAsia="en-GB"/>
        </w:rPr>
      </w:pPr>
      <w:r w:rsidRPr="00352BAE">
        <w:rPr>
          <w:rFonts w:ascii="Segoe UI" w:eastAsia="Times New Roman" w:hAnsi="Segoe UI" w:cs="Segoe UI"/>
          <w:b/>
          <w:bCs/>
          <w:color w:val="00B0F0"/>
          <w:kern w:val="36"/>
          <w:sz w:val="48"/>
          <w:szCs w:val="48"/>
          <w:lang w:val="en-GB" w:eastAsia="en-GB"/>
        </w:rPr>
        <w:t>3. Roles and Responsibilities</w:t>
      </w:r>
    </w:p>
    <w:p w14:paraId="5A69B5BC" w14:textId="77777777" w:rsidR="002E4DC1" w:rsidRPr="00352BAE" w:rsidRDefault="002E4DC1" w:rsidP="002E4DC1">
      <w:pPr>
        <w:spacing w:before="100" w:beforeAutospacing="1" w:after="100" w:afterAutospacing="1" w:line="300" w:lineRule="atLeast"/>
        <w:outlineLvl w:val="1"/>
        <w:rPr>
          <w:rFonts w:ascii="Segoe UI" w:eastAsia="Times New Roman" w:hAnsi="Segoe UI" w:cs="Segoe UI"/>
          <w:b/>
          <w:bCs/>
          <w:color w:val="00B0F0"/>
          <w:sz w:val="36"/>
          <w:szCs w:val="36"/>
          <w:lang w:val="en-GB" w:eastAsia="en-GB"/>
        </w:rPr>
      </w:pPr>
      <w:r w:rsidRPr="00352BAE">
        <w:rPr>
          <w:rFonts w:ascii="Segoe UI" w:eastAsia="Times New Roman" w:hAnsi="Segoe UI" w:cs="Segoe UI"/>
          <w:b/>
          <w:bCs/>
          <w:color w:val="00B0F0"/>
          <w:sz w:val="36"/>
          <w:szCs w:val="36"/>
          <w:lang w:val="en-GB" w:eastAsia="en-GB"/>
        </w:rPr>
        <w:t>3.1 Trust Board</w:t>
      </w:r>
    </w:p>
    <w:p w14:paraId="246DD5D3"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The Trust Board has overall accountability for health and safety across the Trust, including first aid provision. It ensures:</w:t>
      </w:r>
    </w:p>
    <w:p w14:paraId="24B0C20A" w14:textId="77777777" w:rsidR="002E4DC1" w:rsidRPr="002E4DC1" w:rsidRDefault="002E4DC1" w:rsidP="002E4DC1">
      <w:pPr>
        <w:numPr>
          <w:ilvl w:val="0"/>
          <w:numId w:val="12"/>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Adequate policies and systems are in place</w:t>
      </w:r>
    </w:p>
    <w:p w14:paraId="2C10D0ED" w14:textId="77777777" w:rsidR="002E4DC1" w:rsidRPr="002E4DC1" w:rsidRDefault="002E4DC1" w:rsidP="002E4DC1">
      <w:pPr>
        <w:numPr>
          <w:ilvl w:val="0"/>
          <w:numId w:val="12"/>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Compliance with legal requirements</w:t>
      </w:r>
    </w:p>
    <w:p w14:paraId="1C2BDF07" w14:textId="77777777" w:rsidR="002E4DC1" w:rsidRPr="002E4DC1" w:rsidRDefault="002E4DC1" w:rsidP="002E4DC1">
      <w:pPr>
        <w:numPr>
          <w:ilvl w:val="0"/>
          <w:numId w:val="12"/>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Regular monitoring and review</w:t>
      </w:r>
    </w:p>
    <w:p w14:paraId="5A17DB98" w14:textId="264E60BF" w:rsidR="002E4DC1" w:rsidRPr="002E4DC1" w:rsidRDefault="002E4DC1" w:rsidP="002E4DC1">
      <w:pPr>
        <w:spacing w:after="0" w:line="300" w:lineRule="atLeast"/>
        <w:rPr>
          <w:rFonts w:ascii="Segoe UI" w:eastAsia="Times New Roman" w:hAnsi="Segoe UI" w:cs="Segoe UI"/>
          <w:sz w:val="21"/>
          <w:szCs w:val="21"/>
          <w:lang w:val="en-GB" w:eastAsia="en-GB"/>
        </w:rPr>
      </w:pPr>
    </w:p>
    <w:p w14:paraId="60503E11" w14:textId="77777777" w:rsidR="002E4DC1" w:rsidRPr="00352BAE" w:rsidRDefault="002E4DC1" w:rsidP="002E4DC1">
      <w:pPr>
        <w:spacing w:before="100" w:beforeAutospacing="1" w:after="100" w:afterAutospacing="1" w:line="300" w:lineRule="atLeast"/>
        <w:outlineLvl w:val="1"/>
        <w:rPr>
          <w:rFonts w:ascii="Segoe UI" w:eastAsia="Times New Roman" w:hAnsi="Segoe UI" w:cs="Segoe UI"/>
          <w:b/>
          <w:bCs/>
          <w:color w:val="00B0F0"/>
          <w:sz w:val="36"/>
          <w:szCs w:val="36"/>
          <w:lang w:val="en-GB" w:eastAsia="en-GB"/>
        </w:rPr>
      </w:pPr>
      <w:r w:rsidRPr="00352BAE">
        <w:rPr>
          <w:rFonts w:ascii="Segoe UI" w:eastAsia="Times New Roman" w:hAnsi="Segoe UI" w:cs="Segoe UI"/>
          <w:b/>
          <w:bCs/>
          <w:color w:val="00B0F0"/>
          <w:sz w:val="36"/>
          <w:szCs w:val="36"/>
          <w:lang w:val="en-GB" w:eastAsia="en-GB"/>
        </w:rPr>
        <w:lastRenderedPageBreak/>
        <w:t>3.2 Chief Executive Officer (CEO)</w:t>
      </w:r>
    </w:p>
    <w:p w14:paraId="016A08F1"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The CEO provides strategic oversight and ensures:</w:t>
      </w:r>
    </w:p>
    <w:p w14:paraId="5BE5B534" w14:textId="77777777" w:rsidR="002E4DC1" w:rsidRPr="002E4DC1" w:rsidRDefault="002E4DC1" w:rsidP="002E4DC1">
      <w:pPr>
        <w:numPr>
          <w:ilvl w:val="0"/>
          <w:numId w:val="13"/>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Trust-wide consistency in implementation</w:t>
      </w:r>
    </w:p>
    <w:p w14:paraId="166579D1" w14:textId="77777777" w:rsidR="002E4DC1" w:rsidRPr="002E4DC1" w:rsidRDefault="002E4DC1" w:rsidP="002E4DC1">
      <w:pPr>
        <w:numPr>
          <w:ilvl w:val="0"/>
          <w:numId w:val="13"/>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Serious incidents are monitored and escalated appropriately</w:t>
      </w:r>
    </w:p>
    <w:p w14:paraId="4880229C" w14:textId="33D91E57" w:rsidR="002E4DC1" w:rsidRPr="00352BAE" w:rsidRDefault="002E4DC1" w:rsidP="002E4DC1">
      <w:pPr>
        <w:spacing w:before="100" w:beforeAutospacing="1" w:after="100" w:afterAutospacing="1" w:line="300" w:lineRule="atLeast"/>
        <w:outlineLvl w:val="1"/>
        <w:rPr>
          <w:rFonts w:ascii="Segoe UI" w:eastAsia="Times New Roman" w:hAnsi="Segoe UI" w:cs="Segoe UI"/>
          <w:b/>
          <w:bCs/>
          <w:color w:val="00B0F0"/>
          <w:sz w:val="36"/>
          <w:szCs w:val="36"/>
          <w:lang w:val="en-GB" w:eastAsia="en-GB"/>
        </w:rPr>
      </w:pPr>
      <w:r w:rsidRPr="00352BAE">
        <w:rPr>
          <w:rFonts w:ascii="Segoe UI" w:eastAsia="Times New Roman" w:hAnsi="Segoe UI" w:cs="Segoe UI"/>
          <w:b/>
          <w:bCs/>
          <w:color w:val="00B0F0"/>
          <w:sz w:val="36"/>
          <w:szCs w:val="36"/>
          <w:lang w:val="en-GB" w:eastAsia="en-GB"/>
        </w:rPr>
        <w:t>3.3 Local Governing Bodies</w:t>
      </w:r>
    </w:p>
    <w:p w14:paraId="76BC8FDD"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Local governing bodies:</w:t>
      </w:r>
    </w:p>
    <w:p w14:paraId="3AE7FF48" w14:textId="77777777" w:rsidR="002E4DC1" w:rsidRPr="002E4DC1" w:rsidRDefault="002E4DC1" w:rsidP="002E4DC1">
      <w:pPr>
        <w:numPr>
          <w:ilvl w:val="0"/>
          <w:numId w:val="14"/>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Monitor implementation at school level</w:t>
      </w:r>
    </w:p>
    <w:p w14:paraId="71393981" w14:textId="77777777" w:rsidR="002E4DC1" w:rsidRPr="002E4DC1" w:rsidRDefault="002E4DC1" w:rsidP="002E4DC1">
      <w:pPr>
        <w:numPr>
          <w:ilvl w:val="0"/>
          <w:numId w:val="14"/>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Review incident trends and compliance</w:t>
      </w:r>
    </w:p>
    <w:p w14:paraId="6EF619EB" w14:textId="77777777" w:rsidR="002E4DC1" w:rsidRPr="00352BAE" w:rsidRDefault="002E4DC1" w:rsidP="002E4DC1">
      <w:pPr>
        <w:spacing w:before="100" w:beforeAutospacing="1" w:after="100" w:afterAutospacing="1" w:line="300" w:lineRule="atLeast"/>
        <w:outlineLvl w:val="1"/>
        <w:rPr>
          <w:rFonts w:ascii="Segoe UI" w:eastAsia="Times New Roman" w:hAnsi="Segoe UI" w:cs="Segoe UI"/>
          <w:b/>
          <w:bCs/>
          <w:color w:val="00B0F0"/>
          <w:sz w:val="36"/>
          <w:szCs w:val="36"/>
          <w:lang w:val="en-GB" w:eastAsia="en-GB"/>
        </w:rPr>
      </w:pPr>
      <w:r w:rsidRPr="00352BAE">
        <w:rPr>
          <w:rFonts w:ascii="Segoe UI" w:eastAsia="Times New Roman" w:hAnsi="Segoe UI" w:cs="Segoe UI"/>
          <w:b/>
          <w:bCs/>
          <w:color w:val="00B0F0"/>
          <w:sz w:val="36"/>
          <w:szCs w:val="36"/>
          <w:lang w:val="en-GB" w:eastAsia="en-GB"/>
        </w:rPr>
        <w:t>3.4 Headteacher / Head of School</w:t>
      </w:r>
    </w:p>
    <w:p w14:paraId="724D31D2"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The Headteacher is responsible for day-to-day implementation, including:</w:t>
      </w:r>
    </w:p>
    <w:p w14:paraId="167D4365" w14:textId="77777777" w:rsidR="002E4DC1" w:rsidRPr="002E4DC1" w:rsidRDefault="002E4DC1" w:rsidP="002E4DC1">
      <w:pPr>
        <w:numPr>
          <w:ilvl w:val="0"/>
          <w:numId w:val="15"/>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Ensuring sufficient numbers of trained first aiders</w:t>
      </w:r>
    </w:p>
    <w:p w14:paraId="5E8F4824" w14:textId="77777777" w:rsidR="002E4DC1" w:rsidRPr="002E4DC1" w:rsidRDefault="002E4DC1" w:rsidP="002E4DC1">
      <w:pPr>
        <w:numPr>
          <w:ilvl w:val="0"/>
          <w:numId w:val="15"/>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Ensuring first aid needs assessments are completed annually</w:t>
      </w:r>
    </w:p>
    <w:p w14:paraId="39CF6DBC" w14:textId="77777777" w:rsidR="002E4DC1" w:rsidRPr="002E4DC1" w:rsidRDefault="002E4DC1" w:rsidP="002E4DC1">
      <w:pPr>
        <w:numPr>
          <w:ilvl w:val="0"/>
          <w:numId w:val="15"/>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Ensuring staff awareness of procedures</w:t>
      </w:r>
    </w:p>
    <w:p w14:paraId="65B1AB46" w14:textId="77777777" w:rsidR="002E4DC1" w:rsidRPr="002E4DC1" w:rsidRDefault="002E4DC1" w:rsidP="002E4DC1">
      <w:pPr>
        <w:numPr>
          <w:ilvl w:val="0"/>
          <w:numId w:val="15"/>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Ensuring adequate equipment and facilities</w:t>
      </w:r>
    </w:p>
    <w:p w14:paraId="6C047E6F" w14:textId="77777777" w:rsidR="002E4DC1" w:rsidRPr="002E4DC1" w:rsidRDefault="002E4DC1" w:rsidP="002E4DC1">
      <w:pPr>
        <w:numPr>
          <w:ilvl w:val="0"/>
          <w:numId w:val="15"/>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Reporting incidents in line with RIDDOR and safeguarding requirements</w:t>
      </w:r>
    </w:p>
    <w:p w14:paraId="037358A5" w14:textId="77777777" w:rsidR="002E4DC1" w:rsidRPr="002E4DC1" w:rsidRDefault="002E4DC1" w:rsidP="002E4DC1">
      <w:pPr>
        <w:numPr>
          <w:ilvl w:val="0"/>
          <w:numId w:val="15"/>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Ensuring parents are informed of injuries</w:t>
      </w:r>
    </w:p>
    <w:p w14:paraId="0D0978EC" w14:textId="77777777" w:rsidR="002E4DC1" w:rsidRPr="00352BAE" w:rsidRDefault="002E4DC1" w:rsidP="002E4DC1">
      <w:pPr>
        <w:spacing w:before="100" w:beforeAutospacing="1" w:after="100" w:afterAutospacing="1" w:line="300" w:lineRule="atLeast"/>
        <w:outlineLvl w:val="1"/>
        <w:rPr>
          <w:rFonts w:ascii="Segoe UI" w:eastAsia="Times New Roman" w:hAnsi="Segoe UI" w:cs="Segoe UI"/>
          <w:b/>
          <w:bCs/>
          <w:color w:val="00B0F0"/>
          <w:sz w:val="36"/>
          <w:szCs w:val="36"/>
          <w:lang w:val="en-GB" w:eastAsia="en-GB"/>
        </w:rPr>
      </w:pPr>
      <w:r w:rsidRPr="00352BAE">
        <w:rPr>
          <w:rFonts w:ascii="Segoe UI" w:eastAsia="Times New Roman" w:hAnsi="Segoe UI" w:cs="Segoe UI"/>
          <w:b/>
          <w:bCs/>
          <w:color w:val="00B0F0"/>
          <w:sz w:val="36"/>
          <w:szCs w:val="36"/>
          <w:lang w:val="en-GB" w:eastAsia="en-GB"/>
        </w:rPr>
        <w:t>3.5 First Aiders</w:t>
      </w:r>
    </w:p>
    <w:p w14:paraId="3F70BD4B"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Qualified first aiders are responsible for:</w:t>
      </w:r>
    </w:p>
    <w:p w14:paraId="631AABA1" w14:textId="77777777" w:rsidR="002E4DC1" w:rsidRPr="002E4DC1" w:rsidRDefault="002E4DC1" w:rsidP="002E4DC1">
      <w:pPr>
        <w:numPr>
          <w:ilvl w:val="0"/>
          <w:numId w:val="16"/>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Acting as first responders to incidents</w:t>
      </w:r>
    </w:p>
    <w:p w14:paraId="113720F9" w14:textId="77777777" w:rsidR="002E4DC1" w:rsidRPr="002E4DC1" w:rsidRDefault="002E4DC1" w:rsidP="002E4DC1">
      <w:pPr>
        <w:numPr>
          <w:ilvl w:val="0"/>
          <w:numId w:val="16"/>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Providing appropriate first aid treatment</w:t>
      </w:r>
    </w:p>
    <w:p w14:paraId="0AF8B000" w14:textId="77777777" w:rsidR="002E4DC1" w:rsidRPr="002E4DC1" w:rsidRDefault="002E4DC1" w:rsidP="002E4DC1">
      <w:pPr>
        <w:numPr>
          <w:ilvl w:val="0"/>
          <w:numId w:val="16"/>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Recording all incidents promptly</w:t>
      </w:r>
    </w:p>
    <w:p w14:paraId="0184A4AE" w14:textId="77777777" w:rsidR="002E4DC1" w:rsidRPr="002E4DC1" w:rsidRDefault="002E4DC1" w:rsidP="002E4DC1">
      <w:pPr>
        <w:numPr>
          <w:ilvl w:val="0"/>
          <w:numId w:val="16"/>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Recommending further medical action where needed</w:t>
      </w:r>
    </w:p>
    <w:p w14:paraId="321697EA" w14:textId="77777777" w:rsidR="002E4DC1" w:rsidRPr="00352BAE" w:rsidRDefault="002E4DC1" w:rsidP="002E4DC1">
      <w:pPr>
        <w:spacing w:before="100" w:beforeAutospacing="1" w:after="100" w:afterAutospacing="1" w:line="300" w:lineRule="atLeast"/>
        <w:outlineLvl w:val="1"/>
        <w:rPr>
          <w:rFonts w:ascii="Segoe UI" w:eastAsia="Times New Roman" w:hAnsi="Segoe UI" w:cs="Segoe UI"/>
          <w:b/>
          <w:bCs/>
          <w:color w:val="00B0F0"/>
          <w:sz w:val="36"/>
          <w:szCs w:val="36"/>
          <w:lang w:val="en-GB" w:eastAsia="en-GB"/>
        </w:rPr>
      </w:pPr>
      <w:r w:rsidRPr="00352BAE">
        <w:rPr>
          <w:rFonts w:ascii="Segoe UI" w:eastAsia="Times New Roman" w:hAnsi="Segoe UI" w:cs="Segoe UI"/>
          <w:b/>
          <w:bCs/>
          <w:color w:val="00B0F0"/>
          <w:sz w:val="36"/>
          <w:szCs w:val="36"/>
          <w:lang w:val="en-GB" w:eastAsia="en-GB"/>
        </w:rPr>
        <w:t>3.6 Appointed Persons</w:t>
      </w:r>
    </w:p>
    <w:p w14:paraId="27CECBB1"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Appointed persons (where applicable) are responsible for:</w:t>
      </w:r>
    </w:p>
    <w:p w14:paraId="43691D6B" w14:textId="77777777" w:rsidR="002E4DC1" w:rsidRPr="002E4DC1" w:rsidRDefault="002E4DC1" w:rsidP="002E4DC1">
      <w:pPr>
        <w:numPr>
          <w:ilvl w:val="0"/>
          <w:numId w:val="17"/>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Managing first aid equipment and supplies</w:t>
      </w:r>
    </w:p>
    <w:p w14:paraId="329A5CBA" w14:textId="77777777" w:rsidR="002E4DC1" w:rsidRPr="002E4DC1" w:rsidRDefault="002E4DC1" w:rsidP="002E4DC1">
      <w:pPr>
        <w:numPr>
          <w:ilvl w:val="0"/>
          <w:numId w:val="17"/>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Calling emergency services when required</w:t>
      </w:r>
    </w:p>
    <w:p w14:paraId="66E410A7" w14:textId="77777777" w:rsidR="002E4DC1" w:rsidRPr="002E4DC1" w:rsidRDefault="002E4DC1" w:rsidP="002E4DC1">
      <w:pPr>
        <w:numPr>
          <w:ilvl w:val="0"/>
          <w:numId w:val="17"/>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Supporting incident coordination</w:t>
      </w:r>
    </w:p>
    <w:p w14:paraId="32BADD9A" w14:textId="77777777" w:rsidR="002E4DC1" w:rsidRPr="00352BAE" w:rsidRDefault="002E4DC1" w:rsidP="002E4DC1">
      <w:pPr>
        <w:spacing w:before="100" w:beforeAutospacing="1" w:after="100" w:afterAutospacing="1" w:line="300" w:lineRule="atLeast"/>
        <w:outlineLvl w:val="1"/>
        <w:rPr>
          <w:rFonts w:ascii="Segoe UI" w:eastAsia="Times New Roman" w:hAnsi="Segoe UI" w:cs="Segoe UI"/>
          <w:b/>
          <w:bCs/>
          <w:color w:val="00B0F0"/>
          <w:sz w:val="36"/>
          <w:szCs w:val="36"/>
          <w:lang w:val="en-GB" w:eastAsia="en-GB"/>
        </w:rPr>
      </w:pPr>
      <w:r w:rsidRPr="00352BAE">
        <w:rPr>
          <w:rFonts w:ascii="Segoe UI" w:eastAsia="Times New Roman" w:hAnsi="Segoe UI" w:cs="Segoe UI"/>
          <w:b/>
          <w:bCs/>
          <w:color w:val="00B0F0"/>
          <w:sz w:val="36"/>
          <w:szCs w:val="36"/>
          <w:lang w:val="en-GB" w:eastAsia="en-GB"/>
        </w:rPr>
        <w:t>3.7 All Staff</w:t>
      </w:r>
    </w:p>
    <w:p w14:paraId="45D4367C"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All staff must:</w:t>
      </w:r>
    </w:p>
    <w:p w14:paraId="793B0F35" w14:textId="77777777" w:rsidR="002E4DC1" w:rsidRPr="002E4DC1" w:rsidRDefault="002E4DC1" w:rsidP="002E4DC1">
      <w:pPr>
        <w:numPr>
          <w:ilvl w:val="0"/>
          <w:numId w:val="18"/>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Be aware of first aid procedures and personnel</w:t>
      </w:r>
    </w:p>
    <w:p w14:paraId="69C34E20" w14:textId="77777777" w:rsidR="002E4DC1" w:rsidRPr="002E4DC1" w:rsidRDefault="002E4DC1" w:rsidP="002E4DC1">
      <w:pPr>
        <w:numPr>
          <w:ilvl w:val="0"/>
          <w:numId w:val="18"/>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Report incidents and complete records where required</w:t>
      </w:r>
    </w:p>
    <w:p w14:paraId="049914CB" w14:textId="77777777" w:rsidR="002E4DC1" w:rsidRPr="002E4DC1" w:rsidRDefault="002E4DC1" w:rsidP="002E4DC1">
      <w:pPr>
        <w:numPr>
          <w:ilvl w:val="0"/>
          <w:numId w:val="18"/>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Inform leadership of any health or safety concerns</w:t>
      </w:r>
    </w:p>
    <w:p w14:paraId="7FBF6A30" w14:textId="2E157865" w:rsidR="002E4DC1" w:rsidRPr="002E4DC1" w:rsidRDefault="002E4DC1" w:rsidP="002E4DC1">
      <w:pPr>
        <w:spacing w:after="0" w:line="300" w:lineRule="atLeast"/>
        <w:rPr>
          <w:rFonts w:ascii="Segoe UI" w:eastAsia="Times New Roman" w:hAnsi="Segoe UI" w:cs="Segoe UI"/>
          <w:sz w:val="21"/>
          <w:szCs w:val="21"/>
          <w:lang w:val="en-GB" w:eastAsia="en-GB"/>
        </w:rPr>
      </w:pPr>
    </w:p>
    <w:p w14:paraId="6D59A759" w14:textId="77777777" w:rsidR="002E4DC1" w:rsidRPr="00352BAE" w:rsidRDefault="002E4DC1" w:rsidP="002E4DC1">
      <w:pPr>
        <w:spacing w:before="100" w:beforeAutospacing="1" w:after="100" w:afterAutospacing="1" w:line="300" w:lineRule="atLeast"/>
        <w:outlineLvl w:val="0"/>
        <w:rPr>
          <w:rFonts w:ascii="Segoe UI" w:eastAsia="Times New Roman" w:hAnsi="Segoe UI" w:cs="Segoe UI"/>
          <w:b/>
          <w:bCs/>
          <w:color w:val="00B0F0"/>
          <w:kern w:val="36"/>
          <w:sz w:val="48"/>
          <w:szCs w:val="48"/>
          <w:lang w:val="en-GB" w:eastAsia="en-GB"/>
        </w:rPr>
      </w:pPr>
      <w:r w:rsidRPr="00352BAE">
        <w:rPr>
          <w:rFonts w:ascii="Segoe UI" w:eastAsia="Times New Roman" w:hAnsi="Segoe UI" w:cs="Segoe UI"/>
          <w:b/>
          <w:bCs/>
          <w:color w:val="00B0F0"/>
          <w:kern w:val="36"/>
          <w:sz w:val="48"/>
          <w:szCs w:val="48"/>
          <w:lang w:val="en-GB" w:eastAsia="en-GB"/>
        </w:rPr>
        <w:t>4. First Aid Needs Assessment</w:t>
      </w:r>
    </w:p>
    <w:p w14:paraId="23760189" w14:textId="04CE76BB"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 xml:space="preserve">Each school must complete an </w:t>
      </w:r>
      <w:r w:rsidRPr="002E4DC1">
        <w:rPr>
          <w:rFonts w:ascii="Segoe UI" w:eastAsia="Times New Roman" w:hAnsi="Segoe UI" w:cs="Segoe UI"/>
          <w:b/>
          <w:bCs/>
          <w:sz w:val="21"/>
          <w:szCs w:val="21"/>
          <w:lang w:val="en-GB" w:eastAsia="en-GB"/>
        </w:rPr>
        <w:t>annual First Aid Needs Assessment</w:t>
      </w:r>
      <w:r w:rsidRPr="002E4DC1">
        <w:rPr>
          <w:rFonts w:ascii="Segoe UI" w:eastAsia="Times New Roman" w:hAnsi="Segoe UI" w:cs="Segoe UI"/>
          <w:sz w:val="21"/>
          <w:szCs w:val="21"/>
          <w:lang w:val="en-GB" w:eastAsia="en-GB"/>
        </w:rPr>
        <w:t>, considering:</w:t>
      </w:r>
    </w:p>
    <w:p w14:paraId="0125B685" w14:textId="77777777" w:rsidR="002E4DC1" w:rsidRPr="002E4DC1" w:rsidRDefault="002E4DC1" w:rsidP="002E4DC1">
      <w:pPr>
        <w:numPr>
          <w:ilvl w:val="0"/>
          <w:numId w:val="19"/>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Number of pupils and staff</w:t>
      </w:r>
    </w:p>
    <w:p w14:paraId="1ED7C650" w14:textId="77777777" w:rsidR="002E4DC1" w:rsidRPr="002E4DC1" w:rsidRDefault="002E4DC1" w:rsidP="002E4DC1">
      <w:pPr>
        <w:numPr>
          <w:ilvl w:val="0"/>
          <w:numId w:val="19"/>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Site size and layout</w:t>
      </w:r>
    </w:p>
    <w:p w14:paraId="56DFB52B" w14:textId="77777777" w:rsidR="002E4DC1" w:rsidRPr="002E4DC1" w:rsidRDefault="002E4DC1" w:rsidP="002E4DC1">
      <w:pPr>
        <w:numPr>
          <w:ilvl w:val="0"/>
          <w:numId w:val="19"/>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Specific medical needs (e.g. SEND, allergies)</w:t>
      </w:r>
    </w:p>
    <w:p w14:paraId="5F360A40" w14:textId="77777777" w:rsidR="002E4DC1" w:rsidRPr="002E4DC1" w:rsidRDefault="002E4DC1" w:rsidP="002E4DC1">
      <w:pPr>
        <w:numPr>
          <w:ilvl w:val="0"/>
          <w:numId w:val="19"/>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Nature of activities undertaken</w:t>
      </w:r>
    </w:p>
    <w:p w14:paraId="37341051" w14:textId="77777777" w:rsidR="002E4DC1" w:rsidRPr="002E4DC1" w:rsidRDefault="002E4DC1" w:rsidP="002E4DC1">
      <w:pPr>
        <w:numPr>
          <w:ilvl w:val="0"/>
          <w:numId w:val="19"/>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Off-site visits and trips</w:t>
      </w:r>
    </w:p>
    <w:p w14:paraId="6362CFCF"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This determines:</w:t>
      </w:r>
    </w:p>
    <w:p w14:paraId="60CB36FA" w14:textId="77777777" w:rsidR="002E4DC1" w:rsidRPr="002E4DC1" w:rsidRDefault="002E4DC1" w:rsidP="002E4DC1">
      <w:pPr>
        <w:numPr>
          <w:ilvl w:val="0"/>
          <w:numId w:val="20"/>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Number of first aiders required</w:t>
      </w:r>
    </w:p>
    <w:p w14:paraId="6F08FB8B" w14:textId="77777777" w:rsidR="002E4DC1" w:rsidRPr="002E4DC1" w:rsidRDefault="002E4DC1" w:rsidP="002E4DC1">
      <w:pPr>
        <w:numPr>
          <w:ilvl w:val="0"/>
          <w:numId w:val="20"/>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Equipment and facilities needed</w:t>
      </w:r>
    </w:p>
    <w:p w14:paraId="46A704D2" w14:textId="08B88A58" w:rsidR="002E4DC1" w:rsidRPr="002E4DC1" w:rsidRDefault="002E4DC1" w:rsidP="002E4DC1">
      <w:pPr>
        <w:spacing w:after="0" w:line="300" w:lineRule="atLeast"/>
        <w:rPr>
          <w:rFonts w:ascii="Segoe UI" w:eastAsia="Times New Roman" w:hAnsi="Segoe UI" w:cs="Segoe UI"/>
          <w:sz w:val="21"/>
          <w:szCs w:val="21"/>
          <w:lang w:val="en-GB" w:eastAsia="en-GB"/>
        </w:rPr>
      </w:pPr>
    </w:p>
    <w:p w14:paraId="1070D9EA" w14:textId="77777777" w:rsidR="002E4DC1" w:rsidRPr="00352BAE" w:rsidRDefault="002E4DC1" w:rsidP="002E4DC1">
      <w:pPr>
        <w:spacing w:before="100" w:beforeAutospacing="1" w:after="100" w:afterAutospacing="1" w:line="300" w:lineRule="atLeast"/>
        <w:outlineLvl w:val="0"/>
        <w:rPr>
          <w:rFonts w:ascii="Segoe UI" w:eastAsia="Times New Roman" w:hAnsi="Segoe UI" w:cs="Segoe UI"/>
          <w:b/>
          <w:bCs/>
          <w:color w:val="00B0F0"/>
          <w:kern w:val="36"/>
          <w:sz w:val="48"/>
          <w:szCs w:val="48"/>
          <w:lang w:val="en-GB" w:eastAsia="en-GB"/>
        </w:rPr>
      </w:pPr>
      <w:r w:rsidRPr="00352BAE">
        <w:rPr>
          <w:rFonts w:ascii="Segoe UI" w:eastAsia="Times New Roman" w:hAnsi="Segoe UI" w:cs="Segoe UI"/>
          <w:b/>
          <w:bCs/>
          <w:color w:val="00B0F0"/>
          <w:kern w:val="36"/>
          <w:sz w:val="48"/>
          <w:szCs w:val="48"/>
          <w:lang w:val="en-GB" w:eastAsia="en-GB"/>
        </w:rPr>
        <w:t>5. First Aid Procedures</w:t>
      </w:r>
    </w:p>
    <w:p w14:paraId="54648F84" w14:textId="77777777" w:rsidR="002E4DC1" w:rsidRPr="00352BAE" w:rsidRDefault="002E4DC1" w:rsidP="002E4DC1">
      <w:pPr>
        <w:spacing w:before="100" w:beforeAutospacing="1" w:after="100" w:afterAutospacing="1" w:line="300" w:lineRule="atLeast"/>
        <w:outlineLvl w:val="1"/>
        <w:rPr>
          <w:rFonts w:ascii="Segoe UI" w:eastAsia="Times New Roman" w:hAnsi="Segoe UI" w:cs="Segoe UI"/>
          <w:b/>
          <w:bCs/>
          <w:color w:val="00B0F0"/>
          <w:sz w:val="36"/>
          <w:szCs w:val="36"/>
          <w:lang w:val="en-GB" w:eastAsia="en-GB"/>
        </w:rPr>
      </w:pPr>
      <w:r w:rsidRPr="00352BAE">
        <w:rPr>
          <w:rFonts w:ascii="Segoe UI" w:eastAsia="Times New Roman" w:hAnsi="Segoe UI" w:cs="Segoe UI"/>
          <w:b/>
          <w:bCs/>
          <w:color w:val="00B0F0"/>
          <w:sz w:val="36"/>
          <w:szCs w:val="36"/>
          <w:lang w:val="en-GB" w:eastAsia="en-GB"/>
        </w:rPr>
        <w:t>5.1 On-Site Procedures</w:t>
      </w:r>
    </w:p>
    <w:p w14:paraId="30E2ACEC"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In the event of an accident:</w:t>
      </w:r>
    </w:p>
    <w:p w14:paraId="031097C7" w14:textId="77777777" w:rsidR="002E4DC1" w:rsidRPr="002E4DC1" w:rsidRDefault="002E4DC1" w:rsidP="002E4DC1">
      <w:pPr>
        <w:numPr>
          <w:ilvl w:val="0"/>
          <w:numId w:val="21"/>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The nearest staff member assesses the situation</w:t>
      </w:r>
    </w:p>
    <w:p w14:paraId="2E9B700E" w14:textId="77777777" w:rsidR="002E4DC1" w:rsidRPr="002E4DC1" w:rsidRDefault="002E4DC1" w:rsidP="002E4DC1">
      <w:pPr>
        <w:numPr>
          <w:ilvl w:val="0"/>
          <w:numId w:val="21"/>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A qualified first aider is contacted immediately</w:t>
      </w:r>
    </w:p>
    <w:p w14:paraId="1C269CDC" w14:textId="0E716571" w:rsidR="002E4DC1" w:rsidRDefault="002E4DC1" w:rsidP="002E4DC1">
      <w:pPr>
        <w:numPr>
          <w:ilvl w:val="0"/>
          <w:numId w:val="21"/>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The first aider provides appropriate treatment</w:t>
      </w:r>
    </w:p>
    <w:p w14:paraId="2B7DA858" w14:textId="77777777" w:rsidR="00DC0218" w:rsidRPr="00DC0218" w:rsidRDefault="00DC0218" w:rsidP="00DC0218">
      <w:pPr>
        <w:pStyle w:val="ListParagraph"/>
        <w:numPr>
          <w:ilvl w:val="0"/>
          <w:numId w:val="21"/>
        </w:numPr>
        <w:spacing w:before="100" w:beforeAutospacing="1" w:after="100" w:afterAutospacing="1"/>
        <w:rPr>
          <w:rFonts w:ascii="Segoe UI" w:hAnsi="Segoe UI" w:cs="Segoe UI"/>
          <w:sz w:val="21"/>
          <w:szCs w:val="21"/>
        </w:rPr>
      </w:pPr>
      <w:r w:rsidRPr="00DC0218">
        <w:rPr>
          <w:rFonts w:ascii="Segoe UI" w:hAnsi="Segoe UI" w:cs="Segoe UI"/>
          <w:sz w:val="21"/>
          <w:szCs w:val="21"/>
        </w:rPr>
        <w:t>Where a pupil is experiencing a suspected severe allergic reaction (anaphylaxis), staff must follow the pupil's Individual Healthcare Plan and the Trust Allergy Safety Policy. Adrenaline should be administered immediately where indicated and emergency services called without delay.</w:t>
      </w:r>
    </w:p>
    <w:p w14:paraId="2F4D4A3D" w14:textId="77777777" w:rsidR="00DC0218" w:rsidRPr="002E4DC1" w:rsidRDefault="00DC0218" w:rsidP="00DC0218">
      <w:pPr>
        <w:spacing w:before="100" w:beforeAutospacing="1" w:after="100" w:afterAutospacing="1" w:line="300" w:lineRule="atLeast"/>
        <w:ind w:left="720"/>
        <w:rPr>
          <w:rFonts w:ascii="Segoe UI" w:eastAsia="Times New Roman" w:hAnsi="Segoe UI" w:cs="Segoe UI"/>
          <w:sz w:val="21"/>
          <w:szCs w:val="21"/>
          <w:lang w:val="en-GB" w:eastAsia="en-GB"/>
        </w:rPr>
      </w:pPr>
    </w:p>
    <w:p w14:paraId="105C7140" w14:textId="77777777" w:rsidR="002E4DC1" w:rsidRPr="002E4DC1" w:rsidRDefault="002E4DC1" w:rsidP="002E4DC1">
      <w:pPr>
        <w:numPr>
          <w:ilvl w:val="0"/>
          <w:numId w:val="21"/>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Emergency services are called if required</w:t>
      </w:r>
    </w:p>
    <w:p w14:paraId="4571691C" w14:textId="77777777" w:rsidR="002E4DC1" w:rsidRPr="002E4DC1" w:rsidRDefault="002E4DC1" w:rsidP="002E4DC1">
      <w:pPr>
        <w:numPr>
          <w:ilvl w:val="0"/>
          <w:numId w:val="21"/>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 xml:space="preserve">A member of staff: </w:t>
      </w:r>
    </w:p>
    <w:p w14:paraId="2ADA2E3D" w14:textId="77777777" w:rsidR="002E4DC1" w:rsidRPr="002E4DC1" w:rsidRDefault="002E4DC1" w:rsidP="002E4DC1">
      <w:pPr>
        <w:numPr>
          <w:ilvl w:val="1"/>
          <w:numId w:val="21"/>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Contacts parents/carers</w:t>
      </w:r>
    </w:p>
    <w:p w14:paraId="0F2CB68D" w14:textId="77777777" w:rsidR="002E4DC1" w:rsidRPr="002E4DC1" w:rsidRDefault="002E4DC1" w:rsidP="002E4DC1">
      <w:pPr>
        <w:numPr>
          <w:ilvl w:val="1"/>
          <w:numId w:val="21"/>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Meets emergency services where applicable</w:t>
      </w:r>
    </w:p>
    <w:p w14:paraId="4163F146" w14:textId="77777777" w:rsidR="002E4DC1" w:rsidRPr="002E4DC1" w:rsidRDefault="002E4DC1" w:rsidP="002E4DC1">
      <w:pPr>
        <w:numPr>
          <w:ilvl w:val="0"/>
          <w:numId w:val="21"/>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The incident is recorded on the same day</w:t>
      </w:r>
    </w:p>
    <w:p w14:paraId="5ACF667E" w14:textId="77777777" w:rsidR="002E4DC1" w:rsidRPr="00352BAE" w:rsidRDefault="002E4DC1" w:rsidP="002E4DC1">
      <w:pPr>
        <w:spacing w:before="100" w:beforeAutospacing="1" w:after="100" w:afterAutospacing="1" w:line="300" w:lineRule="atLeast"/>
        <w:outlineLvl w:val="1"/>
        <w:rPr>
          <w:rFonts w:ascii="Segoe UI" w:eastAsia="Times New Roman" w:hAnsi="Segoe UI" w:cs="Segoe UI"/>
          <w:b/>
          <w:bCs/>
          <w:color w:val="00B0F0"/>
          <w:sz w:val="36"/>
          <w:szCs w:val="36"/>
          <w:lang w:val="en-GB" w:eastAsia="en-GB"/>
        </w:rPr>
      </w:pPr>
      <w:r w:rsidRPr="00352BAE">
        <w:rPr>
          <w:rFonts w:ascii="Segoe UI" w:eastAsia="Times New Roman" w:hAnsi="Segoe UI" w:cs="Segoe UI"/>
          <w:b/>
          <w:bCs/>
          <w:color w:val="00B0F0"/>
          <w:sz w:val="36"/>
          <w:szCs w:val="36"/>
          <w:lang w:val="en-GB" w:eastAsia="en-GB"/>
        </w:rPr>
        <w:t>5.2 Off-Site Procedures</w:t>
      </w:r>
    </w:p>
    <w:p w14:paraId="619BDD3E"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For educational visits, staff must carry:</w:t>
      </w:r>
    </w:p>
    <w:p w14:paraId="33837BD3" w14:textId="77777777" w:rsidR="002E4DC1" w:rsidRPr="002E4DC1" w:rsidRDefault="002E4DC1" w:rsidP="002E4DC1">
      <w:pPr>
        <w:numPr>
          <w:ilvl w:val="0"/>
          <w:numId w:val="22"/>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A mobile phone</w:t>
      </w:r>
    </w:p>
    <w:p w14:paraId="5632217F" w14:textId="77777777" w:rsidR="002E4DC1" w:rsidRPr="002E4DC1" w:rsidRDefault="002E4DC1" w:rsidP="002E4DC1">
      <w:pPr>
        <w:numPr>
          <w:ilvl w:val="0"/>
          <w:numId w:val="22"/>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A portable first aid kit</w:t>
      </w:r>
    </w:p>
    <w:p w14:paraId="5C3BE8CA" w14:textId="77777777" w:rsidR="002E4DC1" w:rsidRPr="002E4DC1" w:rsidRDefault="002E4DC1" w:rsidP="002E4DC1">
      <w:pPr>
        <w:numPr>
          <w:ilvl w:val="0"/>
          <w:numId w:val="22"/>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Pupil medical information</w:t>
      </w:r>
    </w:p>
    <w:p w14:paraId="015E7D8E" w14:textId="77777777" w:rsidR="002E4DC1" w:rsidRPr="002E4DC1" w:rsidRDefault="002E4DC1" w:rsidP="002E4DC1">
      <w:pPr>
        <w:numPr>
          <w:ilvl w:val="0"/>
          <w:numId w:val="22"/>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Emergency contact details</w:t>
      </w:r>
    </w:p>
    <w:p w14:paraId="210360D8"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A risk assessment must be completed in advance.</w:t>
      </w:r>
    </w:p>
    <w:p w14:paraId="347A2FA4" w14:textId="77777777" w:rsidR="002E4DC1" w:rsidRPr="00352BAE" w:rsidRDefault="002E4DC1" w:rsidP="002E4DC1">
      <w:pPr>
        <w:spacing w:before="100" w:beforeAutospacing="1" w:after="100" w:afterAutospacing="1" w:line="300" w:lineRule="atLeast"/>
        <w:outlineLvl w:val="1"/>
        <w:rPr>
          <w:rFonts w:ascii="Segoe UI" w:eastAsia="Times New Roman" w:hAnsi="Segoe UI" w:cs="Segoe UI"/>
          <w:b/>
          <w:bCs/>
          <w:color w:val="00B0F0"/>
          <w:sz w:val="36"/>
          <w:szCs w:val="36"/>
          <w:lang w:val="en-GB" w:eastAsia="en-GB"/>
        </w:rPr>
      </w:pPr>
      <w:r w:rsidRPr="00352BAE">
        <w:rPr>
          <w:rFonts w:ascii="Segoe UI" w:eastAsia="Times New Roman" w:hAnsi="Segoe UI" w:cs="Segoe UI"/>
          <w:b/>
          <w:bCs/>
          <w:color w:val="00B0F0"/>
          <w:sz w:val="36"/>
          <w:szCs w:val="36"/>
          <w:lang w:val="en-GB" w:eastAsia="en-GB"/>
        </w:rPr>
        <w:t>5.3 EYFS Requirements</w:t>
      </w:r>
    </w:p>
    <w:p w14:paraId="4E827357"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Where EYFS provision is in place:</w:t>
      </w:r>
    </w:p>
    <w:p w14:paraId="7D8FC11B" w14:textId="77777777" w:rsidR="002E4DC1" w:rsidRPr="002E4DC1" w:rsidRDefault="002E4DC1" w:rsidP="002E4DC1">
      <w:pPr>
        <w:numPr>
          <w:ilvl w:val="0"/>
          <w:numId w:val="23"/>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 xml:space="preserve">At least one staff member with a valid </w:t>
      </w:r>
      <w:r w:rsidRPr="002E4DC1">
        <w:rPr>
          <w:rFonts w:ascii="Segoe UI" w:eastAsia="Times New Roman" w:hAnsi="Segoe UI" w:cs="Segoe UI"/>
          <w:b/>
          <w:bCs/>
          <w:sz w:val="21"/>
          <w:szCs w:val="21"/>
          <w:lang w:val="en-GB" w:eastAsia="en-GB"/>
        </w:rPr>
        <w:t>Paediatric First Aid (PFA)</w:t>
      </w:r>
      <w:r w:rsidRPr="002E4DC1">
        <w:rPr>
          <w:rFonts w:ascii="Segoe UI" w:eastAsia="Times New Roman" w:hAnsi="Segoe UI" w:cs="Segoe UI"/>
          <w:sz w:val="21"/>
          <w:szCs w:val="21"/>
          <w:lang w:val="en-GB" w:eastAsia="en-GB"/>
        </w:rPr>
        <w:t xml:space="preserve"> certificate must be </w:t>
      </w:r>
      <w:r w:rsidRPr="002E4DC1">
        <w:rPr>
          <w:rFonts w:ascii="Segoe UI" w:eastAsia="Times New Roman" w:hAnsi="Segoe UI" w:cs="Segoe UI"/>
          <w:b/>
          <w:bCs/>
          <w:sz w:val="21"/>
          <w:szCs w:val="21"/>
          <w:lang w:val="en-GB" w:eastAsia="en-GB"/>
        </w:rPr>
        <w:t>on-site and available at all times</w:t>
      </w:r>
    </w:p>
    <w:p w14:paraId="0EF031EE" w14:textId="77777777" w:rsidR="002E4DC1" w:rsidRPr="002E4DC1" w:rsidRDefault="002E4DC1" w:rsidP="002E4DC1">
      <w:pPr>
        <w:numPr>
          <w:ilvl w:val="0"/>
          <w:numId w:val="23"/>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At least one PFA-qualified member must accompany EYFS pupils on trips</w:t>
      </w:r>
    </w:p>
    <w:p w14:paraId="2FB83A86" w14:textId="77777777" w:rsidR="002E4DC1" w:rsidRPr="002E4DC1" w:rsidRDefault="002E4DC1" w:rsidP="002E4DC1">
      <w:pPr>
        <w:numPr>
          <w:ilvl w:val="0"/>
          <w:numId w:val="23"/>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Training must be renewed every 3 years</w:t>
      </w:r>
    </w:p>
    <w:p w14:paraId="03AFD9C7" w14:textId="77777777" w:rsidR="00352BAE" w:rsidRDefault="00352BAE" w:rsidP="002E4DC1">
      <w:pPr>
        <w:spacing w:before="100" w:beforeAutospacing="1" w:after="100" w:afterAutospacing="1" w:line="300" w:lineRule="atLeast"/>
        <w:outlineLvl w:val="0"/>
        <w:rPr>
          <w:rFonts w:ascii="Segoe UI" w:eastAsia="Times New Roman" w:hAnsi="Segoe UI" w:cs="Segoe UI"/>
          <w:sz w:val="21"/>
          <w:szCs w:val="21"/>
          <w:lang w:val="en-GB" w:eastAsia="en-GB"/>
        </w:rPr>
      </w:pPr>
    </w:p>
    <w:p w14:paraId="17677C92" w14:textId="3EDEC81D" w:rsidR="002E4DC1" w:rsidRPr="00352BAE" w:rsidRDefault="002E4DC1" w:rsidP="002E4DC1">
      <w:pPr>
        <w:spacing w:before="100" w:beforeAutospacing="1" w:after="100" w:afterAutospacing="1" w:line="300" w:lineRule="atLeast"/>
        <w:outlineLvl w:val="0"/>
        <w:rPr>
          <w:rFonts w:ascii="Segoe UI" w:eastAsia="Times New Roman" w:hAnsi="Segoe UI" w:cs="Segoe UI"/>
          <w:b/>
          <w:bCs/>
          <w:color w:val="00B0F0"/>
          <w:kern w:val="36"/>
          <w:sz w:val="48"/>
          <w:szCs w:val="48"/>
          <w:lang w:val="en-GB" w:eastAsia="en-GB"/>
        </w:rPr>
      </w:pPr>
      <w:r w:rsidRPr="00352BAE">
        <w:rPr>
          <w:rFonts w:ascii="Segoe UI" w:eastAsia="Times New Roman" w:hAnsi="Segoe UI" w:cs="Segoe UI"/>
          <w:b/>
          <w:bCs/>
          <w:color w:val="00B0F0"/>
          <w:kern w:val="36"/>
          <w:sz w:val="48"/>
          <w:szCs w:val="48"/>
          <w:lang w:val="en-GB" w:eastAsia="en-GB"/>
        </w:rPr>
        <w:t>6. First Aid Equipment</w:t>
      </w:r>
    </w:p>
    <w:p w14:paraId="7822BC76"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Each school will maintain appropriately stocked first aid kits, including:</w:t>
      </w:r>
    </w:p>
    <w:p w14:paraId="67A4E962" w14:textId="77777777" w:rsidR="002E4DC1" w:rsidRPr="002E4DC1" w:rsidRDefault="002E4DC1" w:rsidP="002E4DC1">
      <w:pPr>
        <w:numPr>
          <w:ilvl w:val="0"/>
          <w:numId w:val="24"/>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Bandages, dressings, plasters</w:t>
      </w:r>
    </w:p>
    <w:p w14:paraId="3C9A51CF" w14:textId="77777777" w:rsidR="002E4DC1" w:rsidRPr="002E4DC1" w:rsidRDefault="002E4DC1" w:rsidP="002E4DC1">
      <w:pPr>
        <w:numPr>
          <w:ilvl w:val="0"/>
          <w:numId w:val="24"/>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Gloves and antiseptic wipes</w:t>
      </w:r>
    </w:p>
    <w:p w14:paraId="074139AF" w14:textId="77777777" w:rsidR="002E4DC1" w:rsidRPr="002E4DC1" w:rsidRDefault="002E4DC1" w:rsidP="002E4DC1">
      <w:pPr>
        <w:numPr>
          <w:ilvl w:val="0"/>
          <w:numId w:val="24"/>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Scissors and cold compresses</w:t>
      </w:r>
    </w:p>
    <w:p w14:paraId="6C4EACFD" w14:textId="77777777" w:rsidR="002E4DC1" w:rsidRPr="002E4DC1" w:rsidRDefault="002E4DC1" w:rsidP="002E4DC1">
      <w:pPr>
        <w:numPr>
          <w:ilvl w:val="0"/>
          <w:numId w:val="24"/>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Burns dressings</w:t>
      </w:r>
    </w:p>
    <w:p w14:paraId="65C78406" w14:textId="77777777" w:rsidR="00DC0218" w:rsidRPr="00DC0218" w:rsidRDefault="002E4DC1" w:rsidP="00DC0218">
      <w:pPr>
        <w:spacing w:before="100" w:beforeAutospacing="1" w:after="100" w:afterAutospacing="1"/>
        <w:rPr>
          <w:rFonts w:ascii="Segoe UI" w:hAnsi="Segoe UI" w:cs="Segoe UI"/>
          <w:sz w:val="21"/>
          <w:szCs w:val="21"/>
        </w:rPr>
      </w:pPr>
      <w:r w:rsidRPr="002E4DC1">
        <w:rPr>
          <w:rFonts w:ascii="Segoe UI" w:eastAsia="Times New Roman" w:hAnsi="Segoe UI" w:cs="Segoe UI"/>
          <w:b/>
          <w:bCs/>
          <w:sz w:val="21"/>
          <w:szCs w:val="21"/>
          <w:lang w:val="en-GB" w:eastAsia="en-GB"/>
        </w:rPr>
        <w:t>First aid kits must not contain medication.</w:t>
      </w:r>
      <w:r w:rsidR="00DC0218">
        <w:rPr>
          <w:rFonts w:ascii="Segoe UI" w:eastAsia="Times New Roman" w:hAnsi="Segoe UI" w:cs="Segoe UI"/>
          <w:b/>
          <w:bCs/>
          <w:sz w:val="21"/>
          <w:szCs w:val="21"/>
          <w:lang w:val="en-GB" w:eastAsia="en-GB"/>
        </w:rPr>
        <w:t xml:space="preserve"> </w:t>
      </w:r>
      <w:r w:rsidR="00DC0218" w:rsidRPr="00DC0218">
        <w:rPr>
          <w:rFonts w:ascii="Segoe UI" w:hAnsi="Segoe UI" w:cs="Segoe UI"/>
          <w:sz w:val="21"/>
          <w:szCs w:val="21"/>
        </w:rPr>
        <w:t>This does not include emergency medication stored separately for individual pupils or permitted emergency medicines such as adrenaline auto-injectors (AAIs) and emergency salbutamol inhalers, which are managed under the Trust's Supporting Pupils with Medical Conditions Policy and Allergy Safety Policy.</w:t>
      </w:r>
    </w:p>
    <w:p w14:paraId="214F4B84" w14:textId="6FB38243"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p>
    <w:p w14:paraId="7A10C61D"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Additional arrangements:</w:t>
      </w:r>
    </w:p>
    <w:p w14:paraId="708D4B75" w14:textId="77777777" w:rsidR="002E4DC1" w:rsidRPr="002E4DC1" w:rsidRDefault="002E4DC1" w:rsidP="002E4DC1">
      <w:pPr>
        <w:numPr>
          <w:ilvl w:val="0"/>
          <w:numId w:val="25"/>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Kits located in key areas (e.g. reception, classrooms, sports areas)</w:t>
      </w:r>
    </w:p>
    <w:p w14:paraId="7794AA55" w14:textId="77777777" w:rsidR="002E4DC1" w:rsidRPr="002E4DC1" w:rsidRDefault="002E4DC1" w:rsidP="002E4DC1">
      <w:pPr>
        <w:numPr>
          <w:ilvl w:val="0"/>
          <w:numId w:val="25"/>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Regular checks and restocking</w:t>
      </w:r>
    </w:p>
    <w:p w14:paraId="1D576F33" w14:textId="77777777" w:rsidR="002E4DC1" w:rsidRPr="002E4DC1" w:rsidRDefault="002E4DC1" w:rsidP="002E4DC1">
      <w:pPr>
        <w:numPr>
          <w:ilvl w:val="0"/>
          <w:numId w:val="25"/>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Defibrillators available where applicable</w:t>
      </w:r>
    </w:p>
    <w:p w14:paraId="5FB80469" w14:textId="77777777" w:rsidR="002E4DC1" w:rsidRPr="00352BAE" w:rsidRDefault="002E4DC1" w:rsidP="002E4DC1">
      <w:pPr>
        <w:spacing w:before="100" w:beforeAutospacing="1" w:after="100" w:afterAutospacing="1" w:line="300" w:lineRule="atLeast"/>
        <w:outlineLvl w:val="0"/>
        <w:rPr>
          <w:rFonts w:ascii="Segoe UI" w:eastAsia="Times New Roman" w:hAnsi="Segoe UI" w:cs="Segoe UI"/>
          <w:b/>
          <w:bCs/>
          <w:color w:val="00B0F0"/>
          <w:kern w:val="36"/>
          <w:sz w:val="48"/>
          <w:szCs w:val="48"/>
          <w:lang w:val="en-GB" w:eastAsia="en-GB"/>
        </w:rPr>
      </w:pPr>
      <w:r w:rsidRPr="00352BAE">
        <w:rPr>
          <w:rFonts w:ascii="Segoe UI" w:eastAsia="Times New Roman" w:hAnsi="Segoe UI" w:cs="Segoe UI"/>
          <w:b/>
          <w:bCs/>
          <w:color w:val="00B0F0"/>
          <w:kern w:val="36"/>
          <w:sz w:val="48"/>
          <w:szCs w:val="48"/>
          <w:lang w:val="en-GB" w:eastAsia="en-GB"/>
        </w:rPr>
        <w:t>7. Administration of Medication</w:t>
      </w:r>
    </w:p>
    <w:p w14:paraId="13A635B0" w14:textId="77777777" w:rsidR="00DC0218" w:rsidRPr="00DC0218" w:rsidRDefault="00DC0218" w:rsidP="00DC0218">
      <w:pPr>
        <w:spacing w:before="100" w:beforeAutospacing="1" w:after="100" w:afterAutospacing="1"/>
        <w:rPr>
          <w:rFonts w:ascii="Segoe UI" w:hAnsi="Segoe UI" w:cs="Segoe UI"/>
          <w:sz w:val="21"/>
          <w:szCs w:val="21"/>
        </w:rPr>
      </w:pPr>
      <w:r w:rsidRPr="00DC0218">
        <w:rPr>
          <w:rFonts w:ascii="Segoe UI" w:hAnsi="Segoe UI" w:cs="Segoe UI"/>
          <w:sz w:val="21"/>
          <w:szCs w:val="21"/>
        </w:rPr>
        <w:t>Medication is managed under the Trust's Supporting Pupils with Medical Conditions Policy and, where applicable, the Trust Allergy Safety Policy.</w:t>
      </w:r>
    </w:p>
    <w:p w14:paraId="341E77D2" w14:textId="77777777" w:rsidR="002E4DC1" w:rsidRPr="002E4DC1" w:rsidRDefault="002E4DC1" w:rsidP="002E4DC1">
      <w:pPr>
        <w:numPr>
          <w:ilvl w:val="0"/>
          <w:numId w:val="26"/>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Emergency medication (e.g. inhalers, adrenaline auto-injectors) is stored securely and accessible</w:t>
      </w:r>
    </w:p>
    <w:p w14:paraId="0FE776A7" w14:textId="77777777" w:rsidR="002E4DC1" w:rsidRPr="002E4DC1" w:rsidRDefault="002E4DC1" w:rsidP="002E4DC1">
      <w:pPr>
        <w:numPr>
          <w:ilvl w:val="0"/>
          <w:numId w:val="26"/>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Staff receive appropriate training</w:t>
      </w:r>
    </w:p>
    <w:p w14:paraId="3DBFA375" w14:textId="036DCBA4" w:rsidR="002E4DC1" w:rsidRPr="002E4DC1" w:rsidRDefault="002E4DC1" w:rsidP="002E4DC1">
      <w:pPr>
        <w:spacing w:after="0" w:line="300" w:lineRule="atLeast"/>
        <w:rPr>
          <w:rFonts w:ascii="Segoe UI" w:eastAsia="Times New Roman" w:hAnsi="Segoe UI" w:cs="Segoe UI"/>
          <w:sz w:val="21"/>
          <w:szCs w:val="21"/>
          <w:lang w:val="en-GB" w:eastAsia="en-GB"/>
        </w:rPr>
      </w:pPr>
    </w:p>
    <w:p w14:paraId="7BEEA195" w14:textId="77777777" w:rsidR="002E4DC1" w:rsidRPr="00352BAE" w:rsidRDefault="002E4DC1" w:rsidP="002E4DC1">
      <w:pPr>
        <w:spacing w:before="100" w:beforeAutospacing="1" w:after="100" w:afterAutospacing="1" w:line="300" w:lineRule="atLeast"/>
        <w:outlineLvl w:val="0"/>
        <w:rPr>
          <w:rFonts w:ascii="Segoe UI" w:eastAsia="Times New Roman" w:hAnsi="Segoe UI" w:cs="Segoe UI"/>
          <w:b/>
          <w:bCs/>
          <w:color w:val="00B0F0"/>
          <w:kern w:val="36"/>
          <w:sz w:val="48"/>
          <w:szCs w:val="48"/>
          <w:lang w:val="en-GB" w:eastAsia="en-GB"/>
        </w:rPr>
      </w:pPr>
      <w:r w:rsidRPr="00352BAE">
        <w:rPr>
          <w:rFonts w:ascii="Segoe UI" w:eastAsia="Times New Roman" w:hAnsi="Segoe UI" w:cs="Segoe UI"/>
          <w:b/>
          <w:bCs/>
          <w:color w:val="00B0F0"/>
          <w:kern w:val="36"/>
          <w:sz w:val="48"/>
          <w:szCs w:val="48"/>
          <w:lang w:val="en-GB" w:eastAsia="en-GB"/>
        </w:rPr>
        <w:t>8. Record Keeping and Reporting</w:t>
      </w:r>
    </w:p>
    <w:p w14:paraId="0CB9C86B" w14:textId="77777777" w:rsidR="002E4DC1" w:rsidRPr="00352BAE" w:rsidRDefault="002E4DC1" w:rsidP="002E4DC1">
      <w:pPr>
        <w:spacing w:before="100" w:beforeAutospacing="1" w:after="100" w:afterAutospacing="1" w:line="300" w:lineRule="atLeast"/>
        <w:outlineLvl w:val="1"/>
        <w:rPr>
          <w:rFonts w:ascii="Segoe UI" w:eastAsia="Times New Roman" w:hAnsi="Segoe UI" w:cs="Segoe UI"/>
          <w:b/>
          <w:bCs/>
          <w:color w:val="00B0F0"/>
          <w:sz w:val="36"/>
          <w:szCs w:val="36"/>
          <w:lang w:val="en-GB" w:eastAsia="en-GB"/>
        </w:rPr>
      </w:pPr>
      <w:r w:rsidRPr="00352BAE">
        <w:rPr>
          <w:rFonts w:ascii="Segoe UI" w:eastAsia="Times New Roman" w:hAnsi="Segoe UI" w:cs="Segoe UI"/>
          <w:b/>
          <w:bCs/>
          <w:color w:val="00B0F0"/>
          <w:sz w:val="36"/>
          <w:szCs w:val="36"/>
          <w:lang w:val="en-GB" w:eastAsia="en-GB"/>
        </w:rPr>
        <w:t>8.1 Accident Records</w:t>
      </w:r>
    </w:p>
    <w:p w14:paraId="4E4A6AF1" w14:textId="77777777" w:rsidR="002E4DC1" w:rsidRPr="002E4DC1" w:rsidRDefault="002E4DC1" w:rsidP="002E4DC1">
      <w:pPr>
        <w:numPr>
          <w:ilvl w:val="0"/>
          <w:numId w:val="27"/>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All incidents must be recorded on the day</w:t>
      </w:r>
    </w:p>
    <w:p w14:paraId="17F570A0" w14:textId="77777777" w:rsidR="002E4DC1" w:rsidRPr="002E4DC1" w:rsidRDefault="002E4DC1" w:rsidP="002E4DC1">
      <w:pPr>
        <w:numPr>
          <w:ilvl w:val="0"/>
          <w:numId w:val="27"/>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Records must include full details of the incident and treatment</w:t>
      </w:r>
    </w:p>
    <w:p w14:paraId="3DEE7222" w14:textId="77777777" w:rsidR="002E4DC1" w:rsidRPr="002E4DC1" w:rsidRDefault="002E4DC1" w:rsidP="002E4DC1">
      <w:pPr>
        <w:numPr>
          <w:ilvl w:val="0"/>
          <w:numId w:val="27"/>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Records are stored securely in line with GDPR</w:t>
      </w:r>
    </w:p>
    <w:p w14:paraId="7F9D4B2E"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Retention period:</w:t>
      </w:r>
    </w:p>
    <w:p w14:paraId="505A12D4" w14:textId="77777777" w:rsidR="002E4DC1" w:rsidRPr="002E4DC1" w:rsidRDefault="002E4DC1" w:rsidP="002E4DC1">
      <w:pPr>
        <w:numPr>
          <w:ilvl w:val="0"/>
          <w:numId w:val="28"/>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 xml:space="preserve">Minimum of </w:t>
      </w:r>
      <w:r w:rsidRPr="002E4DC1">
        <w:rPr>
          <w:rFonts w:ascii="Segoe UI" w:eastAsia="Times New Roman" w:hAnsi="Segoe UI" w:cs="Segoe UI"/>
          <w:b/>
          <w:bCs/>
          <w:sz w:val="21"/>
          <w:szCs w:val="21"/>
          <w:lang w:val="en-GB" w:eastAsia="en-GB"/>
        </w:rPr>
        <w:t>3 years</w:t>
      </w:r>
    </w:p>
    <w:p w14:paraId="20011267" w14:textId="77777777" w:rsidR="002E4DC1" w:rsidRPr="00352BAE" w:rsidRDefault="002E4DC1" w:rsidP="002E4DC1">
      <w:pPr>
        <w:spacing w:before="100" w:beforeAutospacing="1" w:after="100" w:afterAutospacing="1" w:line="300" w:lineRule="atLeast"/>
        <w:outlineLvl w:val="1"/>
        <w:rPr>
          <w:rFonts w:ascii="Segoe UI" w:eastAsia="Times New Roman" w:hAnsi="Segoe UI" w:cs="Segoe UI"/>
          <w:b/>
          <w:bCs/>
          <w:color w:val="00B0F0"/>
          <w:sz w:val="36"/>
          <w:szCs w:val="36"/>
          <w:lang w:val="en-GB" w:eastAsia="en-GB"/>
        </w:rPr>
      </w:pPr>
      <w:r w:rsidRPr="00352BAE">
        <w:rPr>
          <w:rFonts w:ascii="Segoe UI" w:eastAsia="Times New Roman" w:hAnsi="Segoe UI" w:cs="Segoe UI"/>
          <w:b/>
          <w:bCs/>
          <w:color w:val="00B0F0"/>
          <w:sz w:val="36"/>
          <w:szCs w:val="36"/>
          <w:lang w:val="en-GB" w:eastAsia="en-GB"/>
        </w:rPr>
        <w:t>8.2 Reporting to the Trust</w:t>
      </w:r>
    </w:p>
    <w:p w14:paraId="642BBAD4"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Serious incidents must be reported to the Trust central team promptly.</w:t>
      </w:r>
    </w:p>
    <w:p w14:paraId="51C84D56" w14:textId="77777777" w:rsidR="002E4DC1" w:rsidRPr="00352BAE" w:rsidRDefault="002E4DC1" w:rsidP="002E4DC1">
      <w:pPr>
        <w:spacing w:before="100" w:beforeAutospacing="1" w:after="100" w:afterAutospacing="1" w:line="300" w:lineRule="atLeast"/>
        <w:outlineLvl w:val="1"/>
        <w:rPr>
          <w:rFonts w:ascii="Segoe UI" w:eastAsia="Times New Roman" w:hAnsi="Segoe UI" w:cs="Segoe UI"/>
          <w:b/>
          <w:bCs/>
          <w:color w:val="00B0F0"/>
          <w:sz w:val="36"/>
          <w:szCs w:val="36"/>
          <w:lang w:val="en-GB" w:eastAsia="en-GB"/>
        </w:rPr>
      </w:pPr>
      <w:r w:rsidRPr="00352BAE">
        <w:rPr>
          <w:rFonts w:ascii="Segoe UI" w:eastAsia="Times New Roman" w:hAnsi="Segoe UI" w:cs="Segoe UI"/>
          <w:b/>
          <w:bCs/>
          <w:color w:val="00B0F0"/>
          <w:sz w:val="36"/>
          <w:szCs w:val="36"/>
          <w:lang w:val="en-GB" w:eastAsia="en-GB"/>
        </w:rPr>
        <w:t>8.3 RIDDOR Reporting</w:t>
      </w:r>
    </w:p>
    <w:p w14:paraId="0C4BC9DE"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The Headteacher (or delegated senior leader) must report to the HSE:</w:t>
      </w:r>
    </w:p>
    <w:p w14:paraId="528BF328" w14:textId="77777777" w:rsidR="002E4DC1" w:rsidRPr="002E4DC1" w:rsidRDefault="002E4DC1" w:rsidP="002E4DC1">
      <w:pPr>
        <w:numPr>
          <w:ilvl w:val="0"/>
          <w:numId w:val="29"/>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Deaths</w:t>
      </w:r>
    </w:p>
    <w:p w14:paraId="5DFC377F" w14:textId="77777777" w:rsidR="002E4DC1" w:rsidRPr="002E4DC1" w:rsidRDefault="002E4DC1" w:rsidP="002E4DC1">
      <w:pPr>
        <w:numPr>
          <w:ilvl w:val="0"/>
          <w:numId w:val="29"/>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Specified injuries</w:t>
      </w:r>
    </w:p>
    <w:p w14:paraId="2FE9E78B" w14:textId="77777777" w:rsidR="002E4DC1" w:rsidRPr="002E4DC1" w:rsidRDefault="002E4DC1" w:rsidP="002E4DC1">
      <w:pPr>
        <w:numPr>
          <w:ilvl w:val="0"/>
          <w:numId w:val="29"/>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Over-7-day staff absences</w:t>
      </w:r>
    </w:p>
    <w:p w14:paraId="3B648242" w14:textId="77777777" w:rsidR="002E4DC1" w:rsidRPr="002E4DC1" w:rsidRDefault="002E4DC1" w:rsidP="002E4DC1">
      <w:pPr>
        <w:numPr>
          <w:ilvl w:val="0"/>
          <w:numId w:val="29"/>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Dangerous occurrences</w:t>
      </w:r>
    </w:p>
    <w:p w14:paraId="19E5F1C0"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 xml:space="preserve">Reports must be made </w:t>
      </w:r>
      <w:r w:rsidRPr="002E4DC1">
        <w:rPr>
          <w:rFonts w:ascii="Segoe UI" w:eastAsia="Times New Roman" w:hAnsi="Segoe UI" w:cs="Segoe UI"/>
          <w:b/>
          <w:bCs/>
          <w:sz w:val="21"/>
          <w:szCs w:val="21"/>
          <w:lang w:val="en-GB" w:eastAsia="en-GB"/>
        </w:rPr>
        <w:t>within 10 days</w:t>
      </w:r>
      <w:r w:rsidRPr="002E4DC1">
        <w:rPr>
          <w:rFonts w:ascii="Segoe UI" w:eastAsia="Times New Roman" w:hAnsi="Segoe UI" w:cs="Segoe UI"/>
          <w:sz w:val="21"/>
          <w:szCs w:val="21"/>
          <w:lang w:val="en-GB" w:eastAsia="en-GB"/>
        </w:rPr>
        <w:t xml:space="preserve"> where applicable.</w:t>
      </w:r>
    </w:p>
    <w:p w14:paraId="25780913" w14:textId="5160D973" w:rsidR="002E4DC1" w:rsidRPr="002E4DC1" w:rsidRDefault="002E4DC1" w:rsidP="002E4DC1">
      <w:pPr>
        <w:spacing w:after="0" w:line="300" w:lineRule="atLeast"/>
        <w:rPr>
          <w:rFonts w:ascii="Segoe UI" w:eastAsia="Times New Roman" w:hAnsi="Segoe UI" w:cs="Segoe UI"/>
          <w:sz w:val="21"/>
          <w:szCs w:val="21"/>
          <w:lang w:val="en-GB" w:eastAsia="en-GB"/>
        </w:rPr>
      </w:pPr>
    </w:p>
    <w:p w14:paraId="0900EBD5" w14:textId="77777777" w:rsidR="002E4DC1" w:rsidRPr="00352BAE" w:rsidRDefault="002E4DC1" w:rsidP="002E4DC1">
      <w:pPr>
        <w:spacing w:before="100" w:beforeAutospacing="1" w:after="100" w:afterAutospacing="1" w:line="300" w:lineRule="atLeast"/>
        <w:outlineLvl w:val="1"/>
        <w:rPr>
          <w:rFonts w:ascii="Segoe UI" w:eastAsia="Times New Roman" w:hAnsi="Segoe UI" w:cs="Segoe UI"/>
          <w:b/>
          <w:bCs/>
          <w:color w:val="00B0F0"/>
          <w:sz w:val="36"/>
          <w:szCs w:val="36"/>
          <w:lang w:val="en-GB" w:eastAsia="en-GB"/>
        </w:rPr>
      </w:pPr>
      <w:r w:rsidRPr="00352BAE">
        <w:rPr>
          <w:rFonts w:ascii="Segoe UI" w:eastAsia="Times New Roman" w:hAnsi="Segoe UI" w:cs="Segoe UI"/>
          <w:b/>
          <w:bCs/>
          <w:color w:val="00B0F0"/>
          <w:sz w:val="36"/>
          <w:szCs w:val="36"/>
          <w:lang w:val="en-GB" w:eastAsia="en-GB"/>
        </w:rPr>
        <w:t>8.4 Informing Parents</w:t>
      </w:r>
    </w:p>
    <w:p w14:paraId="0363FA43"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Parents/carers must be informed:</w:t>
      </w:r>
    </w:p>
    <w:p w14:paraId="2D849271" w14:textId="77777777" w:rsidR="002E4DC1" w:rsidRPr="002E4DC1" w:rsidRDefault="002E4DC1" w:rsidP="002E4DC1">
      <w:pPr>
        <w:numPr>
          <w:ilvl w:val="0"/>
          <w:numId w:val="30"/>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On the same day for any injury requiring first aid</w:t>
      </w:r>
    </w:p>
    <w:p w14:paraId="51F2B212" w14:textId="77777777" w:rsidR="002E4DC1" w:rsidRPr="002E4DC1" w:rsidRDefault="002E4DC1" w:rsidP="002E4DC1">
      <w:pPr>
        <w:numPr>
          <w:ilvl w:val="0"/>
          <w:numId w:val="30"/>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Immediately for serious incidents</w:t>
      </w:r>
    </w:p>
    <w:p w14:paraId="12D149C8" w14:textId="77777777" w:rsidR="002E4DC1" w:rsidRPr="00352BAE" w:rsidRDefault="002E4DC1" w:rsidP="002E4DC1">
      <w:pPr>
        <w:spacing w:before="100" w:beforeAutospacing="1" w:after="100" w:afterAutospacing="1" w:line="300" w:lineRule="atLeast"/>
        <w:outlineLvl w:val="1"/>
        <w:rPr>
          <w:rFonts w:ascii="Segoe UI" w:eastAsia="Times New Roman" w:hAnsi="Segoe UI" w:cs="Segoe UI"/>
          <w:b/>
          <w:bCs/>
          <w:color w:val="00B0F0"/>
          <w:sz w:val="36"/>
          <w:szCs w:val="36"/>
          <w:lang w:val="en-GB" w:eastAsia="en-GB"/>
        </w:rPr>
      </w:pPr>
      <w:r w:rsidRPr="00352BAE">
        <w:rPr>
          <w:rFonts w:ascii="Segoe UI" w:eastAsia="Times New Roman" w:hAnsi="Segoe UI" w:cs="Segoe UI"/>
          <w:b/>
          <w:bCs/>
          <w:color w:val="00B0F0"/>
          <w:sz w:val="36"/>
          <w:szCs w:val="36"/>
          <w:lang w:val="en-GB" w:eastAsia="en-GB"/>
        </w:rPr>
        <w:t>8.5 Ofsted and Safeguarding Notifications</w:t>
      </w:r>
    </w:p>
    <w:p w14:paraId="0208413F"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Serious incidents involving pupils must be reported:</w:t>
      </w:r>
    </w:p>
    <w:p w14:paraId="11BBBB39" w14:textId="77777777" w:rsidR="002E4DC1" w:rsidRPr="002E4DC1" w:rsidRDefault="002E4DC1" w:rsidP="002E4DC1">
      <w:pPr>
        <w:numPr>
          <w:ilvl w:val="0"/>
          <w:numId w:val="31"/>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 xml:space="preserve">To Ofsted within </w:t>
      </w:r>
      <w:r w:rsidRPr="002E4DC1">
        <w:rPr>
          <w:rFonts w:ascii="Segoe UI" w:eastAsia="Times New Roman" w:hAnsi="Segoe UI" w:cs="Segoe UI"/>
          <w:b/>
          <w:bCs/>
          <w:sz w:val="21"/>
          <w:szCs w:val="21"/>
          <w:lang w:val="en-GB" w:eastAsia="en-GB"/>
        </w:rPr>
        <w:t>14 days</w:t>
      </w:r>
    </w:p>
    <w:p w14:paraId="6A0A2910" w14:textId="77777777" w:rsidR="002E4DC1" w:rsidRPr="002E4DC1" w:rsidRDefault="002E4DC1" w:rsidP="002E4DC1">
      <w:pPr>
        <w:numPr>
          <w:ilvl w:val="0"/>
          <w:numId w:val="31"/>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To relevant safeguarding agencies as required</w:t>
      </w:r>
    </w:p>
    <w:p w14:paraId="22D633DD" w14:textId="3ACE05C8" w:rsidR="002E4DC1" w:rsidRPr="002E4DC1" w:rsidRDefault="002E4DC1" w:rsidP="002E4DC1">
      <w:pPr>
        <w:spacing w:after="0" w:line="300" w:lineRule="atLeast"/>
        <w:rPr>
          <w:rFonts w:ascii="Segoe UI" w:eastAsia="Times New Roman" w:hAnsi="Segoe UI" w:cs="Segoe UI"/>
          <w:sz w:val="21"/>
          <w:szCs w:val="21"/>
          <w:lang w:val="en-GB" w:eastAsia="en-GB"/>
        </w:rPr>
      </w:pPr>
    </w:p>
    <w:p w14:paraId="0E907217" w14:textId="77777777" w:rsidR="002E4DC1" w:rsidRPr="00352BAE" w:rsidRDefault="002E4DC1" w:rsidP="002E4DC1">
      <w:pPr>
        <w:spacing w:before="100" w:beforeAutospacing="1" w:after="100" w:afterAutospacing="1" w:line="300" w:lineRule="atLeast"/>
        <w:outlineLvl w:val="0"/>
        <w:rPr>
          <w:rFonts w:ascii="Segoe UI" w:eastAsia="Times New Roman" w:hAnsi="Segoe UI" w:cs="Segoe UI"/>
          <w:b/>
          <w:bCs/>
          <w:color w:val="00B0F0"/>
          <w:kern w:val="36"/>
          <w:sz w:val="48"/>
          <w:szCs w:val="48"/>
          <w:lang w:val="en-GB" w:eastAsia="en-GB"/>
        </w:rPr>
      </w:pPr>
      <w:r w:rsidRPr="00352BAE">
        <w:rPr>
          <w:rFonts w:ascii="Segoe UI" w:eastAsia="Times New Roman" w:hAnsi="Segoe UI" w:cs="Segoe UI"/>
          <w:b/>
          <w:bCs/>
          <w:color w:val="00B0F0"/>
          <w:kern w:val="36"/>
          <w:sz w:val="48"/>
          <w:szCs w:val="48"/>
          <w:lang w:val="en-GB" w:eastAsia="en-GB"/>
        </w:rPr>
        <w:t>9. Training</w:t>
      </w:r>
    </w:p>
    <w:p w14:paraId="567596CC" w14:textId="77777777" w:rsidR="002E4DC1" w:rsidRPr="002E4DC1" w:rsidRDefault="002E4DC1" w:rsidP="002E4DC1">
      <w:pPr>
        <w:numPr>
          <w:ilvl w:val="0"/>
          <w:numId w:val="32"/>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First aiders must hold valid, recognised qualifications</w:t>
      </w:r>
    </w:p>
    <w:p w14:paraId="78270405" w14:textId="77777777" w:rsidR="002E4DC1" w:rsidRPr="002E4DC1" w:rsidRDefault="002E4DC1" w:rsidP="002E4DC1">
      <w:pPr>
        <w:numPr>
          <w:ilvl w:val="0"/>
          <w:numId w:val="32"/>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Training must be refreshed before expiry</w:t>
      </w:r>
    </w:p>
    <w:p w14:paraId="0BD233F3" w14:textId="77777777" w:rsidR="002E4DC1" w:rsidRPr="002E4DC1" w:rsidRDefault="002E4DC1" w:rsidP="002E4DC1">
      <w:pPr>
        <w:numPr>
          <w:ilvl w:val="0"/>
          <w:numId w:val="32"/>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Training records must be maintained centrally and at school level</w:t>
      </w:r>
    </w:p>
    <w:p w14:paraId="1A1F95C5" w14:textId="77777777" w:rsidR="002E4DC1" w:rsidRPr="002E4DC1" w:rsidRDefault="002E4DC1" w:rsidP="002E4DC1">
      <w:pPr>
        <w:numPr>
          <w:ilvl w:val="0"/>
          <w:numId w:val="32"/>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All staff receive basic first aid awareness during induction</w:t>
      </w:r>
    </w:p>
    <w:p w14:paraId="48C16BA6" w14:textId="0CC0AFDD" w:rsidR="002E4DC1" w:rsidRPr="002E4DC1" w:rsidRDefault="002E4DC1" w:rsidP="002E4DC1">
      <w:pPr>
        <w:spacing w:after="0" w:line="300" w:lineRule="atLeast"/>
        <w:rPr>
          <w:rFonts w:ascii="Segoe UI" w:eastAsia="Times New Roman" w:hAnsi="Segoe UI" w:cs="Segoe UI"/>
          <w:sz w:val="21"/>
          <w:szCs w:val="21"/>
          <w:lang w:val="en-GB" w:eastAsia="en-GB"/>
        </w:rPr>
      </w:pPr>
    </w:p>
    <w:p w14:paraId="3F4BAB47" w14:textId="77777777" w:rsidR="002E4DC1" w:rsidRPr="00352BAE" w:rsidRDefault="002E4DC1" w:rsidP="002E4DC1">
      <w:pPr>
        <w:spacing w:before="100" w:beforeAutospacing="1" w:after="100" w:afterAutospacing="1" w:line="300" w:lineRule="atLeast"/>
        <w:outlineLvl w:val="0"/>
        <w:rPr>
          <w:rFonts w:ascii="Segoe UI" w:eastAsia="Times New Roman" w:hAnsi="Segoe UI" w:cs="Segoe UI"/>
          <w:b/>
          <w:bCs/>
          <w:color w:val="00B0F0"/>
          <w:kern w:val="36"/>
          <w:sz w:val="48"/>
          <w:szCs w:val="48"/>
          <w:lang w:val="en-GB" w:eastAsia="en-GB"/>
        </w:rPr>
      </w:pPr>
      <w:r w:rsidRPr="00352BAE">
        <w:rPr>
          <w:rFonts w:ascii="Segoe UI" w:eastAsia="Times New Roman" w:hAnsi="Segoe UI" w:cs="Segoe UI"/>
          <w:b/>
          <w:bCs/>
          <w:color w:val="00B0F0"/>
          <w:kern w:val="36"/>
          <w:sz w:val="48"/>
          <w:szCs w:val="48"/>
          <w:lang w:val="en-GB" w:eastAsia="en-GB"/>
        </w:rPr>
        <w:t>10. Monitoring and Quality Assurance</w:t>
      </w:r>
    </w:p>
    <w:p w14:paraId="54F692D1"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The Trust will ensure:</w:t>
      </w:r>
    </w:p>
    <w:p w14:paraId="126B3578" w14:textId="77777777" w:rsidR="002E4DC1" w:rsidRPr="002E4DC1" w:rsidRDefault="002E4DC1" w:rsidP="002E4DC1">
      <w:pPr>
        <w:numPr>
          <w:ilvl w:val="0"/>
          <w:numId w:val="33"/>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Annual policy review</w:t>
      </w:r>
    </w:p>
    <w:p w14:paraId="35EEF265" w14:textId="77777777" w:rsidR="002E4DC1" w:rsidRPr="002E4DC1" w:rsidRDefault="002E4DC1" w:rsidP="002E4DC1">
      <w:pPr>
        <w:numPr>
          <w:ilvl w:val="0"/>
          <w:numId w:val="33"/>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Termly monitoring of incident data</w:t>
      </w:r>
    </w:p>
    <w:p w14:paraId="2AD5D034" w14:textId="77777777" w:rsidR="002E4DC1" w:rsidRPr="002E4DC1" w:rsidRDefault="002E4DC1" w:rsidP="002E4DC1">
      <w:pPr>
        <w:numPr>
          <w:ilvl w:val="0"/>
          <w:numId w:val="33"/>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 xml:space="preserve">Regular audits of: </w:t>
      </w:r>
    </w:p>
    <w:p w14:paraId="67A1279D" w14:textId="77777777" w:rsidR="002E4DC1" w:rsidRPr="002E4DC1" w:rsidRDefault="002E4DC1" w:rsidP="002E4DC1">
      <w:pPr>
        <w:numPr>
          <w:ilvl w:val="1"/>
          <w:numId w:val="33"/>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First aid kits</w:t>
      </w:r>
    </w:p>
    <w:p w14:paraId="2C79B23D" w14:textId="77777777" w:rsidR="002E4DC1" w:rsidRPr="002E4DC1" w:rsidRDefault="002E4DC1" w:rsidP="002E4DC1">
      <w:pPr>
        <w:numPr>
          <w:ilvl w:val="1"/>
          <w:numId w:val="33"/>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Training compliance</w:t>
      </w:r>
    </w:p>
    <w:p w14:paraId="53B79FD5" w14:textId="77777777" w:rsidR="002E4DC1" w:rsidRPr="002E4DC1" w:rsidRDefault="002E4DC1" w:rsidP="002E4DC1">
      <w:pPr>
        <w:numPr>
          <w:ilvl w:val="1"/>
          <w:numId w:val="33"/>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Incident reporting</w:t>
      </w:r>
    </w:p>
    <w:p w14:paraId="467B87C5"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Findings will be reported to the Trust Board and Local Governing Bodies.</w:t>
      </w:r>
    </w:p>
    <w:p w14:paraId="0C145ECC" w14:textId="57275B78" w:rsidR="002E4DC1" w:rsidRPr="002E4DC1" w:rsidRDefault="002E4DC1" w:rsidP="002E4DC1">
      <w:pPr>
        <w:spacing w:after="0" w:line="300" w:lineRule="atLeast"/>
        <w:rPr>
          <w:rFonts w:ascii="Segoe UI" w:eastAsia="Times New Roman" w:hAnsi="Segoe UI" w:cs="Segoe UI"/>
          <w:sz w:val="21"/>
          <w:szCs w:val="21"/>
          <w:lang w:val="en-GB" w:eastAsia="en-GB"/>
        </w:rPr>
      </w:pPr>
    </w:p>
    <w:p w14:paraId="04855D81" w14:textId="77777777" w:rsidR="002E4DC1" w:rsidRPr="00352BAE" w:rsidRDefault="002E4DC1" w:rsidP="002E4DC1">
      <w:pPr>
        <w:spacing w:before="100" w:beforeAutospacing="1" w:after="100" w:afterAutospacing="1" w:line="300" w:lineRule="atLeast"/>
        <w:outlineLvl w:val="0"/>
        <w:rPr>
          <w:rFonts w:ascii="Segoe UI" w:eastAsia="Times New Roman" w:hAnsi="Segoe UI" w:cs="Segoe UI"/>
          <w:b/>
          <w:bCs/>
          <w:color w:val="00B0F0"/>
          <w:kern w:val="36"/>
          <w:sz w:val="48"/>
          <w:szCs w:val="48"/>
          <w:lang w:val="en-GB" w:eastAsia="en-GB"/>
        </w:rPr>
      </w:pPr>
      <w:r w:rsidRPr="00352BAE">
        <w:rPr>
          <w:rFonts w:ascii="Segoe UI" w:eastAsia="Times New Roman" w:hAnsi="Segoe UI" w:cs="Segoe UI"/>
          <w:b/>
          <w:bCs/>
          <w:color w:val="00B0F0"/>
          <w:kern w:val="36"/>
          <w:sz w:val="48"/>
          <w:szCs w:val="48"/>
          <w:lang w:val="en-GB" w:eastAsia="en-GB"/>
        </w:rPr>
        <w:t>11. Linked Policies</w:t>
      </w:r>
    </w:p>
    <w:p w14:paraId="0B60C37B"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This policy should be read alongside:</w:t>
      </w:r>
    </w:p>
    <w:p w14:paraId="1A380035" w14:textId="77777777" w:rsidR="002E4DC1" w:rsidRPr="002E4DC1" w:rsidRDefault="002E4DC1" w:rsidP="002E4DC1">
      <w:pPr>
        <w:numPr>
          <w:ilvl w:val="0"/>
          <w:numId w:val="34"/>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Health and Safety Policy</w:t>
      </w:r>
    </w:p>
    <w:p w14:paraId="716C9F68" w14:textId="77777777" w:rsidR="002E4DC1" w:rsidRPr="002E4DC1" w:rsidRDefault="002E4DC1" w:rsidP="002E4DC1">
      <w:pPr>
        <w:numPr>
          <w:ilvl w:val="0"/>
          <w:numId w:val="34"/>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Safeguarding and Child Protection Policy</w:t>
      </w:r>
    </w:p>
    <w:p w14:paraId="6F2C54C9" w14:textId="77777777" w:rsidR="002E4DC1" w:rsidRPr="002E4DC1" w:rsidRDefault="002E4DC1" w:rsidP="002E4DC1">
      <w:pPr>
        <w:numPr>
          <w:ilvl w:val="0"/>
          <w:numId w:val="34"/>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Supporting Pupils with Medical Conditions Policy</w:t>
      </w:r>
    </w:p>
    <w:p w14:paraId="12BD948A" w14:textId="77777777" w:rsidR="002E4DC1" w:rsidRPr="002E4DC1" w:rsidRDefault="002E4DC1" w:rsidP="002E4DC1">
      <w:pPr>
        <w:numPr>
          <w:ilvl w:val="0"/>
          <w:numId w:val="34"/>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Educational Visits Policy</w:t>
      </w:r>
    </w:p>
    <w:p w14:paraId="0DF82CCE" w14:textId="423452F7" w:rsidR="002E4DC1" w:rsidRDefault="002E4DC1" w:rsidP="002E4DC1">
      <w:pPr>
        <w:numPr>
          <w:ilvl w:val="0"/>
          <w:numId w:val="34"/>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Risk Assessment Policy</w:t>
      </w:r>
    </w:p>
    <w:p w14:paraId="6C5FB701" w14:textId="2EFC8312" w:rsidR="00352BAE" w:rsidRDefault="00352BAE" w:rsidP="00352BAE">
      <w:pPr>
        <w:spacing w:before="100" w:beforeAutospacing="1" w:after="100" w:afterAutospacing="1" w:line="300" w:lineRule="atLeast"/>
        <w:rPr>
          <w:rFonts w:ascii="Segoe UI" w:eastAsia="Times New Roman" w:hAnsi="Segoe UI" w:cs="Segoe UI"/>
          <w:sz w:val="21"/>
          <w:szCs w:val="21"/>
          <w:lang w:val="en-GB" w:eastAsia="en-GB"/>
        </w:rPr>
      </w:pPr>
    </w:p>
    <w:p w14:paraId="6E7BE460" w14:textId="77777777" w:rsidR="00352BAE" w:rsidRDefault="002E4DC1" w:rsidP="00352BAE">
      <w:pPr>
        <w:rPr>
          <w:rFonts w:ascii="Segoe UI" w:eastAsia="Times New Roman" w:hAnsi="Segoe UI" w:cs="Segoe UI"/>
          <w:b/>
          <w:bCs/>
          <w:color w:val="00B0F0"/>
          <w:kern w:val="36"/>
          <w:sz w:val="48"/>
          <w:szCs w:val="48"/>
          <w:lang w:val="en-GB" w:eastAsia="en-GB"/>
        </w:rPr>
      </w:pPr>
      <w:r w:rsidRPr="00352BAE">
        <w:rPr>
          <w:rFonts w:ascii="Segoe UI" w:eastAsia="Times New Roman" w:hAnsi="Segoe UI" w:cs="Segoe UI"/>
          <w:b/>
          <w:bCs/>
          <w:color w:val="00B0F0"/>
          <w:kern w:val="36"/>
          <w:sz w:val="48"/>
          <w:szCs w:val="48"/>
          <w:lang w:val="en-GB" w:eastAsia="en-GB"/>
        </w:rPr>
        <w:t xml:space="preserve">Appendices </w:t>
      </w:r>
    </w:p>
    <w:p w14:paraId="7739F5DC" w14:textId="55927413" w:rsidR="002E4DC1" w:rsidRPr="00352BAE" w:rsidRDefault="002E4DC1" w:rsidP="00352BAE">
      <w:pPr>
        <w:rPr>
          <w:rFonts w:ascii="Segoe UI" w:eastAsia="Times New Roman" w:hAnsi="Segoe UI" w:cs="Segoe UI"/>
          <w:b/>
          <w:bCs/>
          <w:kern w:val="36"/>
          <w:sz w:val="48"/>
          <w:szCs w:val="48"/>
          <w:lang w:val="en-GB" w:eastAsia="en-GB"/>
        </w:rPr>
      </w:pPr>
      <w:r w:rsidRPr="00352BAE">
        <w:rPr>
          <w:rFonts w:ascii="Segoe UI" w:eastAsia="Times New Roman" w:hAnsi="Segoe UI" w:cs="Segoe UI"/>
          <w:b/>
          <w:bCs/>
          <w:color w:val="00B0F0"/>
          <w:kern w:val="36"/>
          <w:sz w:val="48"/>
          <w:szCs w:val="48"/>
          <w:lang w:val="en-GB" w:eastAsia="en-GB"/>
        </w:rPr>
        <w:t>(Held Locally at School Level)</w:t>
      </w:r>
    </w:p>
    <w:p w14:paraId="0599EB1E" w14:textId="77777777" w:rsidR="002E4DC1" w:rsidRPr="002E4DC1" w:rsidRDefault="002E4DC1" w:rsidP="002E4DC1">
      <w:p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sz w:val="21"/>
          <w:szCs w:val="21"/>
          <w:lang w:val="en-GB" w:eastAsia="en-GB"/>
        </w:rPr>
        <w:t>Each school will maintain:</w:t>
      </w:r>
    </w:p>
    <w:p w14:paraId="7CDD8A7A" w14:textId="77777777" w:rsidR="002E4DC1" w:rsidRPr="002E4DC1" w:rsidRDefault="002E4DC1" w:rsidP="002E4DC1">
      <w:pPr>
        <w:numPr>
          <w:ilvl w:val="0"/>
          <w:numId w:val="35"/>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b/>
          <w:bCs/>
          <w:sz w:val="21"/>
          <w:szCs w:val="21"/>
          <w:lang w:val="en-GB" w:eastAsia="en-GB"/>
        </w:rPr>
        <w:t>Appendix A:</w:t>
      </w:r>
      <w:r w:rsidRPr="002E4DC1">
        <w:rPr>
          <w:rFonts w:ascii="Segoe UI" w:eastAsia="Times New Roman" w:hAnsi="Segoe UI" w:cs="Segoe UI"/>
          <w:sz w:val="21"/>
          <w:szCs w:val="21"/>
          <w:lang w:val="en-GB" w:eastAsia="en-GB"/>
        </w:rPr>
        <w:t xml:space="preserve"> List of trained first aiders and appointed persons</w:t>
      </w:r>
    </w:p>
    <w:p w14:paraId="5A166D72" w14:textId="77777777" w:rsidR="002E4DC1" w:rsidRPr="002E4DC1" w:rsidRDefault="002E4DC1" w:rsidP="002E4DC1">
      <w:pPr>
        <w:numPr>
          <w:ilvl w:val="0"/>
          <w:numId w:val="35"/>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b/>
          <w:bCs/>
          <w:sz w:val="21"/>
          <w:szCs w:val="21"/>
          <w:lang w:val="en-GB" w:eastAsia="en-GB"/>
        </w:rPr>
        <w:t>Appendix B:</w:t>
      </w:r>
      <w:r w:rsidRPr="002E4DC1">
        <w:rPr>
          <w:rFonts w:ascii="Segoe UI" w:eastAsia="Times New Roman" w:hAnsi="Segoe UI" w:cs="Segoe UI"/>
          <w:sz w:val="21"/>
          <w:szCs w:val="21"/>
          <w:lang w:val="en-GB" w:eastAsia="en-GB"/>
        </w:rPr>
        <w:t xml:space="preserve"> Accident report forms</w:t>
      </w:r>
    </w:p>
    <w:p w14:paraId="29718376" w14:textId="77777777" w:rsidR="002E4DC1" w:rsidRDefault="002E4DC1" w:rsidP="002E4DC1">
      <w:pPr>
        <w:numPr>
          <w:ilvl w:val="0"/>
          <w:numId w:val="35"/>
        </w:numPr>
        <w:spacing w:before="100" w:beforeAutospacing="1" w:after="100" w:afterAutospacing="1" w:line="300" w:lineRule="atLeast"/>
        <w:rPr>
          <w:rFonts w:ascii="Segoe UI" w:eastAsia="Times New Roman" w:hAnsi="Segoe UI" w:cs="Segoe UI"/>
          <w:sz w:val="21"/>
          <w:szCs w:val="21"/>
          <w:lang w:val="en-GB" w:eastAsia="en-GB"/>
        </w:rPr>
      </w:pPr>
      <w:r w:rsidRPr="002E4DC1">
        <w:rPr>
          <w:rFonts w:ascii="Segoe UI" w:eastAsia="Times New Roman" w:hAnsi="Segoe UI" w:cs="Segoe UI"/>
          <w:b/>
          <w:bCs/>
          <w:sz w:val="21"/>
          <w:szCs w:val="21"/>
          <w:lang w:val="en-GB" w:eastAsia="en-GB"/>
        </w:rPr>
        <w:t>Appendix C:</w:t>
      </w:r>
      <w:r w:rsidRPr="002E4DC1">
        <w:rPr>
          <w:rFonts w:ascii="Segoe UI" w:eastAsia="Times New Roman" w:hAnsi="Segoe UI" w:cs="Segoe UI"/>
          <w:sz w:val="21"/>
          <w:szCs w:val="21"/>
          <w:lang w:val="en-GB" w:eastAsia="en-GB"/>
        </w:rPr>
        <w:t xml:space="preserve"> First aid training records</w:t>
      </w:r>
    </w:p>
    <w:p w14:paraId="2CF92B51" w14:textId="566BB627" w:rsidR="000A3D2D" w:rsidRDefault="000A3D2D" w:rsidP="002E4DC1">
      <w:pPr>
        <w:numPr>
          <w:ilvl w:val="0"/>
          <w:numId w:val="35"/>
        </w:numPr>
        <w:spacing w:before="100" w:beforeAutospacing="1" w:after="100" w:afterAutospacing="1" w:line="300" w:lineRule="atLeast"/>
        <w:rPr>
          <w:rFonts w:ascii="Segoe UI" w:eastAsia="Times New Roman" w:hAnsi="Segoe UI" w:cs="Segoe UI"/>
          <w:sz w:val="21"/>
          <w:szCs w:val="21"/>
          <w:lang w:val="en-GB" w:eastAsia="en-GB"/>
        </w:rPr>
      </w:pPr>
      <w:r>
        <w:rPr>
          <w:rFonts w:ascii="Segoe UI" w:eastAsia="Times New Roman" w:hAnsi="Segoe UI" w:cs="Segoe UI"/>
          <w:b/>
          <w:bCs/>
          <w:sz w:val="21"/>
          <w:szCs w:val="21"/>
          <w:lang w:val="en-GB" w:eastAsia="en-GB"/>
        </w:rPr>
        <w:t>Appendix D:</w:t>
      </w:r>
      <w:r>
        <w:rPr>
          <w:rFonts w:ascii="Segoe UI" w:eastAsia="Times New Roman" w:hAnsi="Segoe UI" w:cs="Segoe UI"/>
          <w:sz w:val="21"/>
          <w:szCs w:val="21"/>
          <w:lang w:val="en-GB" w:eastAsia="en-GB"/>
        </w:rPr>
        <w:t xml:space="preserve"> Annual First Aid Needs Assessment Form</w:t>
      </w:r>
    </w:p>
    <w:p w14:paraId="7D37E236" w14:textId="63EE2EF8" w:rsidR="00352BAE" w:rsidRDefault="00352BAE" w:rsidP="00352BAE">
      <w:pPr>
        <w:spacing w:before="100" w:beforeAutospacing="1" w:after="100" w:afterAutospacing="1" w:line="300" w:lineRule="atLeast"/>
        <w:rPr>
          <w:rFonts w:ascii="Segoe UI" w:eastAsia="Times New Roman" w:hAnsi="Segoe UI" w:cs="Segoe UI"/>
          <w:sz w:val="21"/>
          <w:szCs w:val="21"/>
          <w:lang w:val="en-GB" w:eastAsia="en-GB"/>
        </w:rPr>
      </w:pPr>
    </w:p>
    <w:p w14:paraId="438CDBF3" w14:textId="0DDEDCC9" w:rsidR="00352BAE" w:rsidRDefault="00352BAE" w:rsidP="00352BAE">
      <w:pPr>
        <w:spacing w:before="100" w:beforeAutospacing="1" w:after="100" w:afterAutospacing="1" w:line="300" w:lineRule="atLeast"/>
        <w:rPr>
          <w:rFonts w:ascii="Segoe UI" w:eastAsia="Times New Roman" w:hAnsi="Segoe UI" w:cs="Segoe UI"/>
          <w:sz w:val="21"/>
          <w:szCs w:val="21"/>
          <w:lang w:val="en-GB" w:eastAsia="en-GB"/>
        </w:rPr>
      </w:pPr>
    </w:p>
    <w:p w14:paraId="568903A6" w14:textId="1B46DB94" w:rsidR="00352BAE" w:rsidRPr="00352BAE" w:rsidRDefault="00352BAE" w:rsidP="00352BAE">
      <w:pPr>
        <w:pStyle w:val="Heading1"/>
        <w:rPr>
          <w:rFonts w:ascii="Arial" w:hAnsi="Arial" w:cs="Arial"/>
          <w:color w:val="00B0F0"/>
          <w:lang w:val="en-GB"/>
        </w:rPr>
      </w:pPr>
      <w:bookmarkStart w:id="0" w:name="_Toc36543440"/>
      <w:r w:rsidRPr="00352BAE">
        <w:rPr>
          <w:rFonts w:ascii="Arial" w:hAnsi="Arial" w:cs="Arial"/>
          <w:color w:val="00B0F0"/>
        </w:rPr>
        <w:t>Appendix A:</w:t>
      </w:r>
      <w:r w:rsidRPr="00352BAE">
        <w:rPr>
          <w:rFonts w:ascii="Arial" w:hAnsi="Arial" w:cs="Arial"/>
          <w:color w:val="00B0F0"/>
          <w:lang w:val="en-GB"/>
        </w:rPr>
        <w:t xml:space="preserve">  List of</w:t>
      </w:r>
      <w:r w:rsidRPr="00352BAE">
        <w:rPr>
          <w:rFonts w:ascii="Arial" w:hAnsi="Arial" w:cs="Arial"/>
          <w:color w:val="00B0F0"/>
        </w:rPr>
        <w:t xml:space="preserve"> </w:t>
      </w:r>
      <w:r w:rsidRPr="00352BAE">
        <w:rPr>
          <w:rFonts w:ascii="Arial" w:hAnsi="Arial" w:cs="Arial"/>
          <w:color w:val="00B0F0"/>
          <w:lang w:val="en-GB"/>
        </w:rPr>
        <w:t xml:space="preserve">appointed person(s) for first aid and/or trained </w:t>
      </w:r>
      <w:r w:rsidRPr="00352BAE">
        <w:rPr>
          <w:rFonts w:ascii="Arial" w:hAnsi="Arial" w:cs="Arial"/>
          <w:color w:val="00B0F0"/>
        </w:rPr>
        <w:t>first aiders</w:t>
      </w:r>
      <w:bookmarkEnd w:id="0"/>
    </w:p>
    <w:p w14:paraId="1673F8E3" w14:textId="77777777" w:rsidR="00352BAE" w:rsidRPr="00352BAE" w:rsidRDefault="00352BAE" w:rsidP="00352BAE"/>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2849"/>
        <w:gridCol w:w="2719"/>
        <w:gridCol w:w="2918"/>
      </w:tblGrid>
      <w:tr w:rsidR="008C3B87" w:rsidRPr="00DA50A5" w14:paraId="2DDEA3E4" w14:textId="77777777" w:rsidTr="008153E3">
        <w:trPr>
          <w:trHeight w:val="27"/>
        </w:trPr>
        <w:tc>
          <w:tcPr>
            <w:tcW w:w="2849" w:type="dxa"/>
            <w:shd w:val="clear" w:color="auto" w:fill="BFBFBF"/>
          </w:tcPr>
          <w:p w14:paraId="5390D3E7" w14:textId="77777777" w:rsidR="00352BAE" w:rsidRPr="00DA50A5" w:rsidRDefault="00352BAE" w:rsidP="00027A1A">
            <w:pPr>
              <w:rPr>
                <w:b/>
                <w:sz w:val="24"/>
              </w:rPr>
            </w:pPr>
            <w:r>
              <w:rPr>
                <w:b/>
                <w:sz w:val="24"/>
              </w:rPr>
              <w:t>Staff member’s name</w:t>
            </w:r>
          </w:p>
        </w:tc>
        <w:tc>
          <w:tcPr>
            <w:tcW w:w="2719" w:type="dxa"/>
            <w:shd w:val="clear" w:color="auto" w:fill="BFBFBF"/>
          </w:tcPr>
          <w:p w14:paraId="761E3442" w14:textId="77777777" w:rsidR="00352BAE" w:rsidRPr="00DA50A5" w:rsidRDefault="00352BAE" w:rsidP="00027A1A">
            <w:pPr>
              <w:rPr>
                <w:b/>
                <w:sz w:val="24"/>
              </w:rPr>
            </w:pPr>
            <w:r>
              <w:rPr>
                <w:b/>
                <w:sz w:val="24"/>
              </w:rPr>
              <w:t>Role</w:t>
            </w:r>
          </w:p>
        </w:tc>
        <w:tc>
          <w:tcPr>
            <w:tcW w:w="2918" w:type="dxa"/>
            <w:shd w:val="clear" w:color="auto" w:fill="BFBFBF"/>
          </w:tcPr>
          <w:p w14:paraId="7FC7C507" w14:textId="77777777" w:rsidR="00352BAE" w:rsidRPr="00DA50A5" w:rsidRDefault="00352BAE" w:rsidP="00027A1A">
            <w:pPr>
              <w:rPr>
                <w:b/>
                <w:sz w:val="24"/>
              </w:rPr>
            </w:pPr>
            <w:r>
              <w:rPr>
                <w:b/>
                <w:sz w:val="24"/>
              </w:rPr>
              <w:t>Contact details</w:t>
            </w:r>
          </w:p>
        </w:tc>
      </w:tr>
      <w:tr w:rsidR="008C3B87" w:rsidRPr="00DA50A5" w14:paraId="46BC3D2B" w14:textId="77777777" w:rsidTr="008153E3">
        <w:tc>
          <w:tcPr>
            <w:tcW w:w="2849" w:type="dxa"/>
            <w:shd w:val="clear" w:color="auto" w:fill="auto"/>
          </w:tcPr>
          <w:p w14:paraId="51422F87" w14:textId="22C288C6" w:rsidR="00352BAE" w:rsidRPr="00DA50A5" w:rsidRDefault="008C3B87" w:rsidP="008153E3">
            <w:pPr>
              <w:rPr>
                <w:rFonts w:cs="Arial"/>
                <w:szCs w:val="20"/>
              </w:rPr>
            </w:pPr>
            <w:r>
              <w:rPr>
                <w:rFonts w:cs="Arial"/>
                <w:szCs w:val="20"/>
              </w:rPr>
              <w:t xml:space="preserve">Chelsea </w:t>
            </w:r>
            <w:proofErr w:type="spellStart"/>
            <w:r>
              <w:rPr>
                <w:rFonts w:cs="Arial"/>
                <w:szCs w:val="20"/>
              </w:rPr>
              <w:t>Liddard</w:t>
            </w:r>
            <w:proofErr w:type="spellEnd"/>
          </w:p>
        </w:tc>
        <w:tc>
          <w:tcPr>
            <w:tcW w:w="2719" w:type="dxa"/>
            <w:shd w:val="clear" w:color="auto" w:fill="auto"/>
          </w:tcPr>
          <w:p w14:paraId="44E80EE3" w14:textId="77777777" w:rsidR="00352BAE" w:rsidRDefault="008C3B87" w:rsidP="008153E3">
            <w:pPr>
              <w:rPr>
                <w:rFonts w:cs="Arial"/>
                <w:szCs w:val="20"/>
              </w:rPr>
            </w:pPr>
            <w:r>
              <w:rPr>
                <w:rFonts w:cs="Arial"/>
                <w:szCs w:val="20"/>
              </w:rPr>
              <w:t xml:space="preserve">SEMH assistant </w:t>
            </w:r>
          </w:p>
          <w:p w14:paraId="732635BE" w14:textId="0FE34CD0" w:rsidR="008C3B87" w:rsidRPr="00DA50A5" w:rsidRDefault="008C3B87" w:rsidP="008153E3">
            <w:pPr>
              <w:rPr>
                <w:rFonts w:cs="Arial"/>
                <w:szCs w:val="20"/>
              </w:rPr>
            </w:pPr>
            <w:r>
              <w:rPr>
                <w:rFonts w:cs="Arial"/>
                <w:szCs w:val="20"/>
              </w:rPr>
              <w:t>First aid equipment checking</w:t>
            </w:r>
          </w:p>
        </w:tc>
        <w:tc>
          <w:tcPr>
            <w:tcW w:w="2918" w:type="dxa"/>
          </w:tcPr>
          <w:p w14:paraId="2348B831" w14:textId="25015474" w:rsidR="00352BAE" w:rsidRDefault="00C56684" w:rsidP="008153E3">
            <w:pPr>
              <w:rPr>
                <w:rFonts w:cs="Arial"/>
                <w:szCs w:val="20"/>
              </w:rPr>
            </w:pPr>
            <w:hyperlink r:id="rId10" w:history="1">
              <w:r w:rsidR="00196DF4" w:rsidRPr="003909C6">
                <w:rPr>
                  <w:rStyle w:val="Hyperlink"/>
                  <w:rFonts w:cs="Arial"/>
                  <w:szCs w:val="20"/>
                </w:rPr>
                <w:t>cliddard@cherrytree-pri.essex.sch.uk</w:t>
              </w:r>
            </w:hyperlink>
          </w:p>
          <w:p w14:paraId="1BE8A2DA" w14:textId="359153CD" w:rsidR="00196DF4" w:rsidRPr="00DA50A5" w:rsidRDefault="00196DF4" w:rsidP="008153E3">
            <w:pPr>
              <w:rPr>
                <w:rFonts w:cs="Arial"/>
                <w:szCs w:val="20"/>
              </w:rPr>
            </w:pPr>
          </w:p>
        </w:tc>
      </w:tr>
      <w:tr w:rsidR="008C3B87" w:rsidRPr="00DA50A5" w14:paraId="33FE4143" w14:textId="77777777" w:rsidTr="008153E3">
        <w:tc>
          <w:tcPr>
            <w:tcW w:w="2849" w:type="dxa"/>
            <w:shd w:val="clear" w:color="auto" w:fill="auto"/>
          </w:tcPr>
          <w:p w14:paraId="3E836866" w14:textId="3DE0F057" w:rsidR="00352BAE" w:rsidRPr="00DA50A5" w:rsidRDefault="00196DF4" w:rsidP="008153E3">
            <w:pPr>
              <w:rPr>
                <w:rFonts w:cs="Arial"/>
                <w:szCs w:val="20"/>
              </w:rPr>
            </w:pPr>
            <w:r>
              <w:rPr>
                <w:rFonts w:cs="Arial"/>
                <w:szCs w:val="20"/>
              </w:rPr>
              <w:t xml:space="preserve">Sue Conway </w:t>
            </w:r>
          </w:p>
        </w:tc>
        <w:tc>
          <w:tcPr>
            <w:tcW w:w="2719" w:type="dxa"/>
            <w:shd w:val="clear" w:color="auto" w:fill="auto"/>
          </w:tcPr>
          <w:p w14:paraId="5248D95C" w14:textId="688AE7BD" w:rsidR="00352BAE" w:rsidRPr="00DA50A5" w:rsidRDefault="00196DF4" w:rsidP="008153E3">
            <w:pPr>
              <w:rPr>
                <w:rFonts w:cs="Arial"/>
                <w:szCs w:val="20"/>
              </w:rPr>
            </w:pPr>
            <w:r>
              <w:rPr>
                <w:rFonts w:cs="Arial"/>
                <w:szCs w:val="20"/>
              </w:rPr>
              <w:t xml:space="preserve">Appointed person – administering first aid </w:t>
            </w:r>
          </w:p>
        </w:tc>
        <w:tc>
          <w:tcPr>
            <w:tcW w:w="2918" w:type="dxa"/>
          </w:tcPr>
          <w:p w14:paraId="4FC78320" w14:textId="1AAE8E2F" w:rsidR="00352BAE" w:rsidRPr="00DA50A5" w:rsidRDefault="00C56684" w:rsidP="008153E3">
            <w:pPr>
              <w:rPr>
                <w:rFonts w:cs="Arial"/>
                <w:szCs w:val="20"/>
              </w:rPr>
            </w:pPr>
            <w:hyperlink r:id="rId11" w:history="1">
              <w:r w:rsidR="00196DF4" w:rsidRPr="003909C6">
                <w:rPr>
                  <w:rStyle w:val="Hyperlink"/>
                  <w:rFonts w:cs="Arial"/>
                  <w:szCs w:val="20"/>
                </w:rPr>
                <w:t>sconway@cherrytree-pri.essex.sch.uk</w:t>
              </w:r>
            </w:hyperlink>
          </w:p>
        </w:tc>
      </w:tr>
      <w:tr w:rsidR="008C3B87" w:rsidRPr="00DA50A5" w14:paraId="77CD6476" w14:textId="77777777" w:rsidTr="008153E3">
        <w:tc>
          <w:tcPr>
            <w:tcW w:w="2849" w:type="dxa"/>
            <w:shd w:val="clear" w:color="auto" w:fill="auto"/>
          </w:tcPr>
          <w:p w14:paraId="3C1A6AA0" w14:textId="0AC0F60E" w:rsidR="00352BAE" w:rsidRPr="00DA50A5" w:rsidRDefault="00196DF4" w:rsidP="008153E3">
            <w:pPr>
              <w:rPr>
                <w:rFonts w:cs="Arial"/>
                <w:szCs w:val="20"/>
              </w:rPr>
            </w:pPr>
            <w:r>
              <w:rPr>
                <w:rFonts w:cs="Arial"/>
                <w:szCs w:val="20"/>
              </w:rPr>
              <w:t xml:space="preserve">Michelle Brown </w:t>
            </w:r>
          </w:p>
        </w:tc>
        <w:tc>
          <w:tcPr>
            <w:tcW w:w="2719" w:type="dxa"/>
            <w:shd w:val="clear" w:color="auto" w:fill="auto"/>
          </w:tcPr>
          <w:p w14:paraId="5C795A4F" w14:textId="52B5A370" w:rsidR="00352BAE" w:rsidRPr="00DA50A5" w:rsidRDefault="00196DF4" w:rsidP="008153E3">
            <w:pPr>
              <w:rPr>
                <w:rFonts w:cs="Arial"/>
                <w:szCs w:val="20"/>
              </w:rPr>
            </w:pPr>
            <w:r>
              <w:rPr>
                <w:rFonts w:cs="Arial"/>
                <w:szCs w:val="20"/>
              </w:rPr>
              <w:t xml:space="preserve">Appointed person – training </w:t>
            </w:r>
          </w:p>
        </w:tc>
        <w:tc>
          <w:tcPr>
            <w:tcW w:w="2918" w:type="dxa"/>
          </w:tcPr>
          <w:p w14:paraId="368A6EE7" w14:textId="10770CEC" w:rsidR="00196DF4" w:rsidRPr="00DA50A5" w:rsidRDefault="00C56684" w:rsidP="008153E3">
            <w:pPr>
              <w:rPr>
                <w:rFonts w:cs="Arial"/>
                <w:szCs w:val="20"/>
              </w:rPr>
            </w:pPr>
            <w:hyperlink r:id="rId12" w:history="1">
              <w:r w:rsidR="00196DF4" w:rsidRPr="003909C6">
                <w:rPr>
                  <w:rStyle w:val="Hyperlink"/>
                  <w:rFonts w:cs="Arial"/>
                  <w:szCs w:val="20"/>
                </w:rPr>
                <w:t>mbrown@cherrytree-pri.essex.sch.uk</w:t>
              </w:r>
            </w:hyperlink>
          </w:p>
        </w:tc>
      </w:tr>
      <w:tr w:rsidR="008C3B87" w:rsidRPr="00DA50A5" w14:paraId="06187A1C" w14:textId="77777777" w:rsidTr="008153E3">
        <w:tc>
          <w:tcPr>
            <w:tcW w:w="2849" w:type="dxa"/>
            <w:shd w:val="clear" w:color="auto" w:fill="auto"/>
          </w:tcPr>
          <w:p w14:paraId="1D940D30" w14:textId="452E753D" w:rsidR="00352BAE" w:rsidRPr="00DA50A5" w:rsidRDefault="008153E3" w:rsidP="008153E3">
            <w:pPr>
              <w:rPr>
                <w:rFonts w:cs="Arial"/>
                <w:szCs w:val="20"/>
              </w:rPr>
            </w:pPr>
            <w:r>
              <w:rPr>
                <w:rFonts w:cs="Arial"/>
                <w:szCs w:val="20"/>
              </w:rPr>
              <w:t>Louise Best</w:t>
            </w:r>
          </w:p>
        </w:tc>
        <w:tc>
          <w:tcPr>
            <w:tcW w:w="2719" w:type="dxa"/>
            <w:shd w:val="clear" w:color="auto" w:fill="auto"/>
          </w:tcPr>
          <w:p w14:paraId="53CAA9E7" w14:textId="1C3CD49E" w:rsidR="00352BAE" w:rsidRPr="00DA50A5" w:rsidRDefault="008153E3" w:rsidP="008153E3">
            <w:pPr>
              <w:rPr>
                <w:rFonts w:cs="Arial"/>
                <w:szCs w:val="20"/>
              </w:rPr>
            </w:pPr>
            <w:r>
              <w:rPr>
                <w:rFonts w:cs="Arial"/>
                <w:szCs w:val="20"/>
              </w:rPr>
              <w:t>Learning Support Assistant</w:t>
            </w:r>
          </w:p>
        </w:tc>
        <w:tc>
          <w:tcPr>
            <w:tcW w:w="2918" w:type="dxa"/>
          </w:tcPr>
          <w:p w14:paraId="20E4D6FD" w14:textId="173FCC36" w:rsidR="00352BAE" w:rsidRPr="00DA50A5" w:rsidRDefault="008153E3" w:rsidP="008153E3">
            <w:pPr>
              <w:rPr>
                <w:rFonts w:cs="Arial"/>
                <w:szCs w:val="20"/>
              </w:rPr>
            </w:pPr>
            <w:r>
              <w:rPr>
                <w:rFonts w:cs="Arial"/>
                <w:szCs w:val="20"/>
              </w:rPr>
              <w:t>admin@cherrytree-pri.essex.sch.uk</w:t>
            </w:r>
          </w:p>
        </w:tc>
      </w:tr>
      <w:tr w:rsidR="008153E3" w:rsidRPr="00DA50A5" w14:paraId="6A778CAE" w14:textId="77777777" w:rsidTr="008153E3">
        <w:tc>
          <w:tcPr>
            <w:tcW w:w="2849" w:type="dxa"/>
            <w:shd w:val="clear" w:color="auto" w:fill="auto"/>
          </w:tcPr>
          <w:p w14:paraId="7411419C" w14:textId="721094C2" w:rsidR="008153E3" w:rsidRPr="00DA50A5" w:rsidRDefault="008153E3" w:rsidP="008153E3">
            <w:pPr>
              <w:rPr>
                <w:rFonts w:cs="Arial"/>
                <w:szCs w:val="20"/>
              </w:rPr>
            </w:pPr>
            <w:r>
              <w:rPr>
                <w:rFonts w:cs="Arial"/>
                <w:szCs w:val="20"/>
              </w:rPr>
              <w:t>Natalie Davis</w:t>
            </w:r>
          </w:p>
        </w:tc>
        <w:tc>
          <w:tcPr>
            <w:tcW w:w="2719" w:type="dxa"/>
            <w:shd w:val="clear" w:color="auto" w:fill="auto"/>
          </w:tcPr>
          <w:p w14:paraId="550EFBC6" w14:textId="1A1FFA3D" w:rsidR="008153E3" w:rsidRPr="00DA50A5" w:rsidRDefault="008153E3" w:rsidP="008153E3">
            <w:pPr>
              <w:rPr>
                <w:rFonts w:cs="Arial"/>
                <w:szCs w:val="20"/>
              </w:rPr>
            </w:pPr>
            <w:r>
              <w:rPr>
                <w:rFonts w:cs="Arial"/>
                <w:szCs w:val="20"/>
              </w:rPr>
              <w:t>Learning Support Assistant</w:t>
            </w:r>
          </w:p>
        </w:tc>
        <w:tc>
          <w:tcPr>
            <w:tcW w:w="2918" w:type="dxa"/>
          </w:tcPr>
          <w:p w14:paraId="3ADDCFBE" w14:textId="57CFB579" w:rsidR="008153E3" w:rsidRPr="00DA50A5" w:rsidRDefault="008153E3" w:rsidP="008153E3">
            <w:pPr>
              <w:rPr>
                <w:rFonts w:cs="Arial"/>
                <w:szCs w:val="20"/>
              </w:rPr>
            </w:pPr>
            <w:r>
              <w:rPr>
                <w:rFonts w:cs="Arial"/>
                <w:szCs w:val="20"/>
              </w:rPr>
              <w:t>admin@cherrytree-pri.essex.sch.uk</w:t>
            </w:r>
          </w:p>
        </w:tc>
      </w:tr>
      <w:tr w:rsidR="008153E3" w:rsidRPr="00DA50A5" w14:paraId="601111B3" w14:textId="77777777" w:rsidTr="008153E3">
        <w:tc>
          <w:tcPr>
            <w:tcW w:w="2849" w:type="dxa"/>
            <w:shd w:val="clear" w:color="auto" w:fill="auto"/>
          </w:tcPr>
          <w:p w14:paraId="075CD531" w14:textId="1F933701" w:rsidR="008153E3" w:rsidRPr="00DA50A5" w:rsidRDefault="008153E3" w:rsidP="008153E3">
            <w:pPr>
              <w:rPr>
                <w:rFonts w:cs="Arial"/>
                <w:szCs w:val="20"/>
              </w:rPr>
            </w:pPr>
            <w:r>
              <w:rPr>
                <w:rFonts w:cs="Arial"/>
                <w:szCs w:val="20"/>
              </w:rPr>
              <w:t>Lesley Davis-Eyre</w:t>
            </w:r>
          </w:p>
        </w:tc>
        <w:tc>
          <w:tcPr>
            <w:tcW w:w="2719" w:type="dxa"/>
            <w:shd w:val="clear" w:color="auto" w:fill="auto"/>
          </w:tcPr>
          <w:p w14:paraId="0F6B7472" w14:textId="48F61ECD" w:rsidR="008153E3" w:rsidRPr="00DA50A5" w:rsidRDefault="008153E3" w:rsidP="008153E3">
            <w:pPr>
              <w:rPr>
                <w:rFonts w:cs="Arial"/>
                <w:szCs w:val="20"/>
              </w:rPr>
            </w:pPr>
            <w:r>
              <w:rPr>
                <w:rFonts w:cs="Arial"/>
                <w:szCs w:val="20"/>
              </w:rPr>
              <w:t>Learning Support Assistant</w:t>
            </w:r>
          </w:p>
        </w:tc>
        <w:tc>
          <w:tcPr>
            <w:tcW w:w="2918" w:type="dxa"/>
          </w:tcPr>
          <w:p w14:paraId="285F035F" w14:textId="2508802E" w:rsidR="008153E3" w:rsidRPr="00DA50A5" w:rsidRDefault="008153E3" w:rsidP="008153E3">
            <w:pPr>
              <w:rPr>
                <w:rFonts w:cs="Arial"/>
                <w:szCs w:val="20"/>
              </w:rPr>
            </w:pPr>
            <w:r>
              <w:rPr>
                <w:rFonts w:cs="Arial"/>
                <w:szCs w:val="20"/>
              </w:rPr>
              <w:t>admin@cherrytree-pri.essex.sch.uk</w:t>
            </w:r>
          </w:p>
        </w:tc>
      </w:tr>
      <w:tr w:rsidR="008153E3" w:rsidRPr="00DA50A5" w14:paraId="4230A8E5" w14:textId="77777777" w:rsidTr="008153E3">
        <w:tc>
          <w:tcPr>
            <w:tcW w:w="2849" w:type="dxa"/>
            <w:shd w:val="clear" w:color="auto" w:fill="auto"/>
          </w:tcPr>
          <w:p w14:paraId="2E9F0DC2" w14:textId="4EB02F55" w:rsidR="008153E3" w:rsidRDefault="008153E3" w:rsidP="008153E3">
            <w:pPr>
              <w:rPr>
                <w:rFonts w:cs="Arial"/>
                <w:szCs w:val="20"/>
              </w:rPr>
            </w:pPr>
            <w:r>
              <w:rPr>
                <w:rFonts w:cs="Arial"/>
                <w:szCs w:val="20"/>
              </w:rPr>
              <w:t>Lilli Dean</w:t>
            </w:r>
          </w:p>
        </w:tc>
        <w:tc>
          <w:tcPr>
            <w:tcW w:w="2719" w:type="dxa"/>
            <w:shd w:val="clear" w:color="auto" w:fill="auto"/>
          </w:tcPr>
          <w:p w14:paraId="26DF883F" w14:textId="4CBE83F5" w:rsidR="008153E3" w:rsidRDefault="008153E3" w:rsidP="008153E3">
            <w:pPr>
              <w:rPr>
                <w:rFonts w:cs="Arial"/>
                <w:szCs w:val="20"/>
              </w:rPr>
            </w:pPr>
            <w:r>
              <w:rPr>
                <w:rFonts w:cs="Arial"/>
                <w:szCs w:val="20"/>
              </w:rPr>
              <w:t>Learning Support Assistant</w:t>
            </w:r>
          </w:p>
        </w:tc>
        <w:tc>
          <w:tcPr>
            <w:tcW w:w="2918" w:type="dxa"/>
          </w:tcPr>
          <w:p w14:paraId="687A9846" w14:textId="43D931BC" w:rsidR="008153E3" w:rsidRDefault="008153E3" w:rsidP="008153E3">
            <w:pPr>
              <w:rPr>
                <w:rFonts w:cs="Arial"/>
                <w:szCs w:val="20"/>
              </w:rPr>
            </w:pPr>
            <w:r>
              <w:rPr>
                <w:rFonts w:cs="Arial"/>
                <w:szCs w:val="20"/>
              </w:rPr>
              <w:t>admin@cherrytree-pri.essex.sch.uk</w:t>
            </w:r>
          </w:p>
        </w:tc>
      </w:tr>
      <w:tr w:rsidR="008153E3" w:rsidRPr="00DA50A5" w14:paraId="2CC4FB37" w14:textId="77777777" w:rsidTr="008153E3">
        <w:tc>
          <w:tcPr>
            <w:tcW w:w="2849" w:type="dxa"/>
            <w:shd w:val="clear" w:color="auto" w:fill="auto"/>
          </w:tcPr>
          <w:p w14:paraId="7597AA9E" w14:textId="539885B1" w:rsidR="008153E3" w:rsidRDefault="008153E3" w:rsidP="008153E3">
            <w:pPr>
              <w:rPr>
                <w:rFonts w:cs="Arial"/>
                <w:szCs w:val="20"/>
              </w:rPr>
            </w:pPr>
            <w:r>
              <w:rPr>
                <w:rFonts w:cs="Arial"/>
                <w:szCs w:val="20"/>
              </w:rPr>
              <w:t>Zoe Dean</w:t>
            </w:r>
          </w:p>
        </w:tc>
        <w:tc>
          <w:tcPr>
            <w:tcW w:w="2719" w:type="dxa"/>
            <w:shd w:val="clear" w:color="auto" w:fill="auto"/>
          </w:tcPr>
          <w:p w14:paraId="56796183" w14:textId="6CFEA6E2" w:rsidR="008153E3" w:rsidRDefault="008153E3" w:rsidP="008153E3">
            <w:pPr>
              <w:rPr>
                <w:rFonts w:cs="Arial"/>
                <w:szCs w:val="20"/>
              </w:rPr>
            </w:pPr>
            <w:r>
              <w:rPr>
                <w:rFonts w:cs="Arial"/>
                <w:szCs w:val="20"/>
              </w:rPr>
              <w:t>Nursery Manager</w:t>
            </w:r>
          </w:p>
        </w:tc>
        <w:tc>
          <w:tcPr>
            <w:tcW w:w="2918" w:type="dxa"/>
          </w:tcPr>
          <w:p w14:paraId="099ED102" w14:textId="757D6C3E" w:rsidR="008153E3" w:rsidRDefault="008153E3" w:rsidP="008153E3">
            <w:pPr>
              <w:rPr>
                <w:rFonts w:cs="Arial"/>
                <w:szCs w:val="20"/>
              </w:rPr>
            </w:pPr>
            <w:hyperlink r:id="rId13" w:history="1">
              <w:r w:rsidRPr="004633E6">
                <w:rPr>
                  <w:rStyle w:val="Hyperlink"/>
                  <w:rFonts w:cs="Arial"/>
                  <w:szCs w:val="20"/>
                </w:rPr>
                <w:t>admin@cherrytree-pri.essex.sch.uk</w:t>
              </w:r>
            </w:hyperlink>
          </w:p>
        </w:tc>
      </w:tr>
      <w:tr w:rsidR="008153E3" w:rsidRPr="00DA50A5" w14:paraId="49D6DE8D" w14:textId="77777777" w:rsidTr="008153E3">
        <w:tc>
          <w:tcPr>
            <w:tcW w:w="2849" w:type="dxa"/>
            <w:shd w:val="clear" w:color="auto" w:fill="auto"/>
          </w:tcPr>
          <w:p w14:paraId="1DF1BF19" w14:textId="32D543B9" w:rsidR="008153E3" w:rsidRDefault="008153E3" w:rsidP="008153E3">
            <w:pPr>
              <w:rPr>
                <w:rFonts w:cs="Arial"/>
                <w:szCs w:val="20"/>
              </w:rPr>
            </w:pPr>
            <w:r>
              <w:rPr>
                <w:rFonts w:cs="Arial"/>
                <w:szCs w:val="20"/>
              </w:rPr>
              <w:t>Molly Florey</w:t>
            </w:r>
          </w:p>
        </w:tc>
        <w:tc>
          <w:tcPr>
            <w:tcW w:w="2719" w:type="dxa"/>
            <w:shd w:val="clear" w:color="auto" w:fill="auto"/>
          </w:tcPr>
          <w:p w14:paraId="5E3CE66A" w14:textId="08C4B3E3" w:rsidR="008153E3" w:rsidRDefault="008153E3" w:rsidP="008153E3">
            <w:pPr>
              <w:rPr>
                <w:rFonts w:cs="Arial"/>
                <w:szCs w:val="20"/>
              </w:rPr>
            </w:pPr>
            <w:r>
              <w:rPr>
                <w:rFonts w:cs="Arial"/>
                <w:szCs w:val="20"/>
              </w:rPr>
              <w:t>Learning Support Assistant</w:t>
            </w:r>
          </w:p>
        </w:tc>
        <w:tc>
          <w:tcPr>
            <w:tcW w:w="2918" w:type="dxa"/>
          </w:tcPr>
          <w:p w14:paraId="61606385" w14:textId="7D35C3F5" w:rsidR="008153E3" w:rsidRDefault="008153E3" w:rsidP="008153E3">
            <w:pPr>
              <w:rPr>
                <w:rFonts w:cs="Arial"/>
                <w:szCs w:val="20"/>
              </w:rPr>
            </w:pPr>
            <w:r>
              <w:rPr>
                <w:rFonts w:cs="Arial"/>
                <w:szCs w:val="20"/>
              </w:rPr>
              <w:t>admin@cherrytree-pri.essex.sch.uk</w:t>
            </w:r>
          </w:p>
        </w:tc>
      </w:tr>
      <w:tr w:rsidR="008153E3" w:rsidRPr="00DA50A5" w14:paraId="72211699" w14:textId="77777777" w:rsidTr="008153E3">
        <w:tc>
          <w:tcPr>
            <w:tcW w:w="2849" w:type="dxa"/>
            <w:shd w:val="clear" w:color="auto" w:fill="auto"/>
          </w:tcPr>
          <w:p w14:paraId="2F34890E" w14:textId="49620330" w:rsidR="008153E3" w:rsidRDefault="008153E3" w:rsidP="008153E3">
            <w:pPr>
              <w:rPr>
                <w:rFonts w:cs="Arial"/>
                <w:szCs w:val="20"/>
              </w:rPr>
            </w:pPr>
            <w:r>
              <w:rPr>
                <w:rFonts w:cs="Arial"/>
                <w:szCs w:val="20"/>
              </w:rPr>
              <w:t>Clare Foster</w:t>
            </w:r>
          </w:p>
        </w:tc>
        <w:tc>
          <w:tcPr>
            <w:tcW w:w="2719" w:type="dxa"/>
            <w:shd w:val="clear" w:color="auto" w:fill="auto"/>
          </w:tcPr>
          <w:p w14:paraId="0D7A9F80" w14:textId="39A1EB20" w:rsidR="008153E3" w:rsidRDefault="008153E3" w:rsidP="008153E3">
            <w:pPr>
              <w:rPr>
                <w:rFonts w:cs="Arial"/>
                <w:szCs w:val="20"/>
              </w:rPr>
            </w:pPr>
            <w:r>
              <w:rPr>
                <w:rFonts w:cs="Arial"/>
                <w:szCs w:val="20"/>
              </w:rPr>
              <w:t>Learning Support Assistant</w:t>
            </w:r>
          </w:p>
        </w:tc>
        <w:tc>
          <w:tcPr>
            <w:tcW w:w="2918" w:type="dxa"/>
          </w:tcPr>
          <w:p w14:paraId="3445BAEE" w14:textId="13C609A3" w:rsidR="008153E3" w:rsidRDefault="008153E3" w:rsidP="008153E3">
            <w:pPr>
              <w:rPr>
                <w:rFonts w:cs="Arial"/>
                <w:szCs w:val="20"/>
              </w:rPr>
            </w:pPr>
            <w:r>
              <w:rPr>
                <w:rFonts w:cs="Arial"/>
                <w:szCs w:val="20"/>
              </w:rPr>
              <w:t>admin@cherrytree-pri.essex.sch.uk</w:t>
            </w:r>
          </w:p>
        </w:tc>
      </w:tr>
      <w:tr w:rsidR="008153E3" w:rsidRPr="00DA50A5" w14:paraId="1D953011" w14:textId="77777777" w:rsidTr="008153E3">
        <w:tc>
          <w:tcPr>
            <w:tcW w:w="2849" w:type="dxa"/>
            <w:shd w:val="clear" w:color="auto" w:fill="auto"/>
          </w:tcPr>
          <w:p w14:paraId="2C83E163" w14:textId="527E4451" w:rsidR="008153E3" w:rsidRDefault="008153E3" w:rsidP="008153E3">
            <w:pPr>
              <w:rPr>
                <w:rFonts w:cs="Arial"/>
                <w:szCs w:val="20"/>
              </w:rPr>
            </w:pPr>
            <w:r>
              <w:rPr>
                <w:rFonts w:cs="Arial"/>
                <w:szCs w:val="20"/>
              </w:rPr>
              <w:t>Chloe George</w:t>
            </w:r>
          </w:p>
        </w:tc>
        <w:tc>
          <w:tcPr>
            <w:tcW w:w="2719" w:type="dxa"/>
            <w:shd w:val="clear" w:color="auto" w:fill="auto"/>
          </w:tcPr>
          <w:p w14:paraId="5A6A6396" w14:textId="3CE321A9" w:rsidR="008153E3" w:rsidRDefault="008153E3" w:rsidP="008153E3">
            <w:pPr>
              <w:rPr>
                <w:rFonts w:cs="Arial"/>
                <w:szCs w:val="20"/>
              </w:rPr>
            </w:pPr>
            <w:r>
              <w:rPr>
                <w:rFonts w:cs="Arial"/>
                <w:szCs w:val="20"/>
              </w:rPr>
              <w:t>Learning Support Assistant</w:t>
            </w:r>
          </w:p>
        </w:tc>
        <w:tc>
          <w:tcPr>
            <w:tcW w:w="2918" w:type="dxa"/>
          </w:tcPr>
          <w:p w14:paraId="3E7B5C6A" w14:textId="708F32C6" w:rsidR="008153E3" w:rsidRDefault="008153E3" w:rsidP="008153E3">
            <w:pPr>
              <w:rPr>
                <w:rFonts w:cs="Arial"/>
                <w:szCs w:val="20"/>
              </w:rPr>
            </w:pPr>
            <w:r>
              <w:rPr>
                <w:rFonts w:cs="Arial"/>
                <w:szCs w:val="20"/>
              </w:rPr>
              <w:t>admin@cherrytree-pri.essex.sch.uk</w:t>
            </w:r>
          </w:p>
        </w:tc>
      </w:tr>
      <w:tr w:rsidR="008153E3" w:rsidRPr="00DA50A5" w14:paraId="58F89373" w14:textId="77777777" w:rsidTr="008153E3">
        <w:tc>
          <w:tcPr>
            <w:tcW w:w="2849" w:type="dxa"/>
            <w:shd w:val="clear" w:color="auto" w:fill="auto"/>
          </w:tcPr>
          <w:p w14:paraId="1853D5C0" w14:textId="6475900A" w:rsidR="008153E3" w:rsidRDefault="008153E3" w:rsidP="008153E3">
            <w:pPr>
              <w:rPr>
                <w:rFonts w:cs="Arial"/>
                <w:szCs w:val="20"/>
              </w:rPr>
            </w:pPr>
            <w:r>
              <w:rPr>
                <w:rFonts w:cs="Arial"/>
                <w:szCs w:val="20"/>
              </w:rPr>
              <w:t>Michelle Greenaway</w:t>
            </w:r>
          </w:p>
        </w:tc>
        <w:tc>
          <w:tcPr>
            <w:tcW w:w="2719" w:type="dxa"/>
            <w:shd w:val="clear" w:color="auto" w:fill="auto"/>
          </w:tcPr>
          <w:p w14:paraId="633BE9F5" w14:textId="7975527D" w:rsidR="008153E3" w:rsidRDefault="008153E3" w:rsidP="008153E3">
            <w:pPr>
              <w:rPr>
                <w:rFonts w:cs="Arial"/>
                <w:szCs w:val="20"/>
              </w:rPr>
            </w:pPr>
            <w:r>
              <w:rPr>
                <w:rFonts w:cs="Arial"/>
                <w:szCs w:val="20"/>
              </w:rPr>
              <w:t>Learning Support Assistant</w:t>
            </w:r>
          </w:p>
        </w:tc>
        <w:tc>
          <w:tcPr>
            <w:tcW w:w="2918" w:type="dxa"/>
          </w:tcPr>
          <w:p w14:paraId="0C8B5996" w14:textId="24EA80E5" w:rsidR="008153E3" w:rsidRDefault="008153E3" w:rsidP="008153E3">
            <w:pPr>
              <w:rPr>
                <w:rFonts w:cs="Arial"/>
                <w:szCs w:val="20"/>
              </w:rPr>
            </w:pPr>
            <w:r>
              <w:rPr>
                <w:rFonts w:cs="Arial"/>
                <w:szCs w:val="20"/>
              </w:rPr>
              <w:t>admin@cherrytree-pri.essex.sch.uk</w:t>
            </w:r>
          </w:p>
        </w:tc>
      </w:tr>
      <w:tr w:rsidR="008153E3" w:rsidRPr="00DA50A5" w14:paraId="3B0D0821" w14:textId="77777777" w:rsidTr="008153E3">
        <w:tc>
          <w:tcPr>
            <w:tcW w:w="2849" w:type="dxa"/>
            <w:shd w:val="clear" w:color="auto" w:fill="auto"/>
          </w:tcPr>
          <w:p w14:paraId="38188EA1" w14:textId="51D41272" w:rsidR="008153E3" w:rsidRDefault="008153E3" w:rsidP="008153E3">
            <w:pPr>
              <w:rPr>
                <w:rFonts w:cs="Arial"/>
                <w:szCs w:val="20"/>
              </w:rPr>
            </w:pPr>
            <w:r>
              <w:rPr>
                <w:rFonts w:cs="Arial"/>
                <w:szCs w:val="20"/>
              </w:rPr>
              <w:t xml:space="preserve">Stacey </w:t>
            </w:r>
            <w:proofErr w:type="spellStart"/>
            <w:r>
              <w:rPr>
                <w:rFonts w:cs="Arial"/>
                <w:szCs w:val="20"/>
              </w:rPr>
              <w:t>Gwanzura</w:t>
            </w:r>
            <w:proofErr w:type="spellEnd"/>
          </w:p>
        </w:tc>
        <w:tc>
          <w:tcPr>
            <w:tcW w:w="2719" w:type="dxa"/>
            <w:shd w:val="clear" w:color="auto" w:fill="auto"/>
          </w:tcPr>
          <w:p w14:paraId="21247C40" w14:textId="42CBC245" w:rsidR="008153E3" w:rsidRDefault="008153E3" w:rsidP="008153E3">
            <w:pPr>
              <w:rPr>
                <w:rFonts w:cs="Arial"/>
                <w:szCs w:val="20"/>
              </w:rPr>
            </w:pPr>
            <w:r>
              <w:rPr>
                <w:rFonts w:cs="Arial"/>
                <w:szCs w:val="20"/>
              </w:rPr>
              <w:t>Learning Support Assistant</w:t>
            </w:r>
          </w:p>
        </w:tc>
        <w:tc>
          <w:tcPr>
            <w:tcW w:w="2918" w:type="dxa"/>
          </w:tcPr>
          <w:p w14:paraId="0FBF5ADA" w14:textId="1DE8B71F" w:rsidR="008153E3" w:rsidRDefault="008153E3" w:rsidP="008153E3">
            <w:pPr>
              <w:rPr>
                <w:rFonts w:cs="Arial"/>
                <w:szCs w:val="20"/>
              </w:rPr>
            </w:pPr>
            <w:r>
              <w:rPr>
                <w:rFonts w:cs="Arial"/>
                <w:szCs w:val="20"/>
              </w:rPr>
              <w:t>admin@cherrytree-pri.essex.sch.uk</w:t>
            </w:r>
          </w:p>
        </w:tc>
      </w:tr>
      <w:tr w:rsidR="008153E3" w:rsidRPr="00DA50A5" w14:paraId="01C1C4C7" w14:textId="77777777" w:rsidTr="008153E3">
        <w:tc>
          <w:tcPr>
            <w:tcW w:w="2849" w:type="dxa"/>
            <w:shd w:val="clear" w:color="auto" w:fill="auto"/>
          </w:tcPr>
          <w:p w14:paraId="71744F3F" w14:textId="30696DBA" w:rsidR="008153E3" w:rsidRDefault="008153E3" w:rsidP="008153E3">
            <w:pPr>
              <w:rPr>
                <w:rFonts w:cs="Arial"/>
                <w:szCs w:val="20"/>
              </w:rPr>
            </w:pPr>
            <w:r>
              <w:rPr>
                <w:rFonts w:cs="Arial"/>
                <w:szCs w:val="20"/>
              </w:rPr>
              <w:t>Imogen Harding</w:t>
            </w:r>
          </w:p>
        </w:tc>
        <w:tc>
          <w:tcPr>
            <w:tcW w:w="2719" w:type="dxa"/>
            <w:shd w:val="clear" w:color="auto" w:fill="auto"/>
          </w:tcPr>
          <w:p w14:paraId="1611278A" w14:textId="2008034C" w:rsidR="008153E3" w:rsidRDefault="008153E3" w:rsidP="008153E3">
            <w:pPr>
              <w:rPr>
                <w:rFonts w:cs="Arial"/>
                <w:szCs w:val="20"/>
              </w:rPr>
            </w:pPr>
            <w:r>
              <w:rPr>
                <w:rFonts w:cs="Arial"/>
                <w:szCs w:val="20"/>
              </w:rPr>
              <w:t>HLTA</w:t>
            </w:r>
          </w:p>
        </w:tc>
        <w:tc>
          <w:tcPr>
            <w:tcW w:w="2918" w:type="dxa"/>
          </w:tcPr>
          <w:p w14:paraId="2B269228" w14:textId="3603163A" w:rsidR="008153E3" w:rsidRDefault="008153E3" w:rsidP="008153E3">
            <w:pPr>
              <w:rPr>
                <w:rFonts w:cs="Arial"/>
                <w:szCs w:val="20"/>
              </w:rPr>
            </w:pPr>
            <w:r>
              <w:rPr>
                <w:rFonts w:cs="Arial"/>
                <w:szCs w:val="20"/>
              </w:rPr>
              <w:t>admin@cherrytree-pri.essex.sch.uk</w:t>
            </w:r>
          </w:p>
        </w:tc>
      </w:tr>
      <w:tr w:rsidR="008153E3" w:rsidRPr="00DA50A5" w14:paraId="464E10DD" w14:textId="77777777" w:rsidTr="008153E3">
        <w:tc>
          <w:tcPr>
            <w:tcW w:w="2849" w:type="dxa"/>
            <w:shd w:val="clear" w:color="auto" w:fill="auto"/>
          </w:tcPr>
          <w:p w14:paraId="1BEB9267" w14:textId="5A32DC26" w:rsidR="008153E3" w:rsidRDefault="008153E3" w:rsidP="008153E3">
            <w:pPr>
              <w:rPr>
                <w:rFonts w:cs="Arial"/>
                <w:szCs w:val="20"/>
              </w:rPr>
            </w:pPr>
            <w:r>
              <w:rPr>
                <w:rFonts w:cs="Arial"/>
                <w:szCs w:val="20"/>
              </w:rPr>
              <w:t xml:space="preserve">Susan </w:t>
            </w:r>
            <w:proofErr w:type="spellStart"/>
            <w:r>
              <w:rPr>
                <w:rFonts w:cs="Arial"/>
                <w:szCs w:val="20"/>
              </w:rPr>
              <w:t>Hobday</w:t>
            </w:r>
            <w:proofErr w:type="spellEnd"/>
          </w:p>
        </w:tc>
        <w:tc>
          <w:tcPr>
            <w:tcW w:w="2719" w:type="dxa"/>
            <w:shd w:val="clear" w:color="auto" w:fill="auto"/>
          </w:tcPr>
          <w:p w14:paraId="375C3031" w14:textId="6BAFE9BF" w:rsidR="008153E3" w:rsidRDefault="008153E3" w:rsidP="008153E3">
            <w:pPr>
              <w:rPr>
                <w:rFonts w:cs="Arial"/>
                <w:szCs w:val="20"/>
              </w:rPr>
            </w:pPr>
            <w:r>
              <w:rPr>
                <w:rFonts w:cs="Arial"/>
                <w:szCs w:val="20"/>
              </w:rPr>
              <w:t>HLTA</w:t>
            </w:r>
          </w:p>
        </w:tc>
        <w:tc>
          <w:tcPr>
            <w:tcW w:w="2918" w:type="dxa"/>
          </w:tcPr>
          <w:p w14:paraId="66B1992C" w14:textId="12D3F6D2" w:rsidR="008153E3" w:rsidRDefault="008153E3" w:rsidP="008153E3">
            <w:pPr>
              <w:rPr>
                <w:rFonts w:cs="Arial"/>
                <w:szCs w:val="20"/>
              </w:rPr>
            </w:pPr>
            <w:r>
              <w:rPr>
                <w:rFonts w:cs="Arial"/>
                <w:szCs w:val="20"/>
              </w:rPr>
              <w:t>admin@cherrytree-pri.essex.sch.uk</w:t>
            </w:r>
          </w:p>
        </w:tc>
      </w:tr>
      <w:tr w:rsidR="008153E3" w:rsidRPr="00DA50A5" w14:paraId="28DF0FE8" w14:textId="77777777" w:rsidTr="008153E3">
        <w:tc>
          <w:tcPr>
            <w:tcW w:w="2849" w:type="dxa"/>
            <w:shd w:val="clear" w:color="auto" w:fill="auto"/>
          </w:tcPr>
          <w:p w14:paraId="6F8AA324" w14:textId="6527594C" w:rsidR="008153E3" w:rsidRDefault="008153E3" w:rsidP="008153E3">
            <w:pPr>
              <w:rPr>
                <w:rFonts w:cs="Arial"/>
                <w:szCs w:val="20"/>
              </w:rPr>
            </w:pPr>
            <w:r>
              <w:rPr>
                <w:rFonts w:cs="Arial"/>
                <w:szCs w:val="20"/>
              </w:rPr>
              <w:t>Holly Martin</w:t>
            </w:r>
          </w:p>
        </w:tc>
        <w:tc>
          <w:tcPr>
            <w:tcW w:w="2719" w:type="dxa"/>
            <w:shd w:val="clear" w:color="auto" w:fill="auto"/>
          </w:tcPr>
          <w:p w14:paraId="34A17DC9" w14:textId="1363BBBB" w:rsidR="008153E3" w:rsidRDefault="008153E3" w:rsidP="008153E3">
            <w:pPr>
              <w:rPr>
                <w:rFonts w:cs="Arial"/>
                <w:szCs w:val="20"/>
              </w:rPr>
            </w:pPr>
            <w:r>
              <w:rPr>
                <w:rFonts w:cs="Arial"/>
                <w:szCs w:val="20"/>
              </w:rPr>
              <w:t>Learning Support Assistant</w:t>
            </w:r>
          </w:p>
        </w:tc>
        <w:tc>
          <w:tcPr>
            <w:tcW w:w="2918" w:type="dxa"/>
          </w:tcPr>
          <w:p w14:paraId="32635C77" w14:textId="7425A93B" w:rsidR="008153E3" w:rsidRDefault="008153E3" w:rsidP="008153E3">
            <w:pPr>
              <w:rPr>
                <w:rFonts w:cs="Arial"/>
                <w:szCs w:val="20"/>
              </w:rPr>
            </w:pPr>
            <w:r>
              <w:rPr>
                <w:rFonts w:cs="Arial"/>
                <w:szCs w:val="20"/>
              </w:rPr>
              <w:t>admin@cherrytree-pri.essex.sch.uk</w:t>
            </w:r>
          </w:p>
        </w:tc>
      </w:tr>
      <w:tr w:rsidR="008153E3" w:rsidRPr="00DA50A5" w14:paraId="07921615" w14:textId="77777777" w:rsidTr="008153E3">
        <w:tc>
          <w:tcPr>
            <w:tcW w:w="2849" w:type="dxa"/>
            <w:shd w:val="clear" w:color="auto" w:fill="auto"/>
          </w:tcPr>
          <w:p w14:paraId="6AA4B65E" w14:textId="3DBC67CD" w:rsidR="008153E3" w:rsidRDefault="008153E3" w:rsidP="008153E3">
            <w:pPr>
              <w:rPr>
                <w:rFonts w:cs="Arial"/>
                <w:szCs w:val="20"/>
              </w:rPr>
            </w:pPr>
            <w:r>
              <w:rPr>
                <w:rFonts w:cs="Arial"/>
                <w:szCs w:val="20"/>
              </w:rPr>
              <w:t>Yvonne Palmer</w:t>
            </w:r>
          </w:p>
        </w:tc>
        <w:tc>
          <w:tcPr>
            <w:tcW w:w="2719" w:type="dxa"/>
            <w:shd w:val="clear" w:color="auto" w:fill="auto"/>
          </w:tcPr>
          <w:p w14:paraId="4BF52A63" w14:textId="3A16BAA2" w:rsidR="008153E3" w:rsidRDefault="008153E3" w:rsidP="008153E3">
            <w:pPr>
              <w:rPr>
                <w:rFonts w:cs="Arial"/>
                <w:szCs w:val="20"/>
              </w:rPr>
            </w:pPr>
            <w:r>
              <w:rPr>
                <w:rFonts w:cs="Arial"/>
                <w:szCs w:val="20"/>
              </w:rPr>
              <w:t>Office Assistant</w:t>
            </w:r>
          </w:p>
        </w:tc>
        <w:tc>
          <w:tcPr>
            <w:tcW w:w="2918" w:type="dxa"/>
          </w:tcPr>
          <w:p w14:paraId="1767E392" w14:textId="5572D55D" w:rsidR="008153E3" w:rsidRDefault="008153E3" w:rsidP="008153E3">
            <w:pPr>
              <w:rPr>
                <w:rFonts w:cs="Arial"/>
                <w:szCs w:val="20"/>
              </w:rPr>
            </w:pPr>
            <w:r>
              <w:rPr>
                <w:rFonts w:cs="Arial"/>
                <w:szCs w:val="20"/>
              </w:rPr>
              <w:t>admin@cherrytree-pri.essex.sch.uk</w:t>
            </w:r>
          </w:p>
        </w:tc>
      </w:tr>
      <w:tr w:rsidR="008153E3" w:rsidRPr="00DA50A5" w14:paraId="3E3E4918" w14:textId="77777777" w:rsidTr="008153E3">
        <w:tc>
          <w:tcPr>
            <w:tcW w:w="2849" w:type="dxa"/>
            <w:shd w:val="clear" w:color="auto" w:fill="auto"/>
          </w:tcPr>
          <w:p w14:paraId="3C2A16DD" w14:textId="71126D1C" w:rsidR="008153E3" w:rsidRDefault="008153E3" w:rsidP="008153E3">
            <w:pPr>
              <w:rPr>
                <w:rFonts w:cs="Arial"/>
                <w:szCs w:val="20"/>
              </w:rPr>
            </w:pPr>
            <w:r>
              <w:rPr>
                <w:rFonts w:cs="Arial"/>
                <w:szCs w:val="20"/>
              </w:rPr>
              <w:t>Liam Parry</w:t>
            </w:r>
          </w:p>
        </w:tc>
        <w:tc>
          <w:tcPr>
            <w:tcW w:w="2719" w:type="dxa"/>
            <w:shd w:val="clear" w:color="auto" w:fill="auto"/>
          </w:tcPr>
          <w:p w14:paraId="35BBF560" w14:textId="22852AD4" w:rsidR="008153E3" w:rsidRDefault="008153E3" w:rsidP="008153E3">
            <w:pPr>
              <w:rPr>
                <w:rFonts w:cs="Arial"/>
                <w:szCs w:val="20"/>
              </w:rPr>
            </w:pPr>
            <w:r>
              <w:rPr>
                <w:rFonts w:cs="Arial"/>
                <w:szCs w:val="20"/>
              </w:rPr>
              <w:t>Learning Support Assistant</w:t>
            </w:r>
          </w:p>
        </w:tc>
        <w:tc>
          <w:tcPr>
            <w:tcW w:w="2918" w:type="dxa"/>
          </w:tcPr>
          <w:p w14:paraId="06C13C98" w14:textId="69C8C834" w:rsidR="008153E3" w:rsidRDefault="008153E3" w:rsidP="008153E3">
            <w:pPr>
              <w:rPr>
                <w:rFonts w:cs="Arial"/>
                <w:szCs w:val="20"/>
              </w:rPr>
            </w:pPr>
            <w:r>
              <w:rPr>
                <w:rFonts w:cs="Arial"/>
                <w:szCs w:val="20"/>
              </w:rPr>
              <w:t>admin@cherrytree-pri.essex.sch.uk</w:t>
            </w:r>
          </w:p>
        </w:tc>
      </w:tr>
      <w:tr w:rsidR="00C56684" w:rsidRPr="00DA50A5" w14:paraId="7F4D51D4" w14:textId="77777777" w:rsidTr="008153E3">
        <w:tc>
          <w:tcPr>
            <w:tcW w:w="2849" w:type="dxa"/>
            <w:shd w:val="clear" w:color="auto" w:fill="auto"/>
          </w:tcPr>
          <w:p w14:paraId="4D5C8229" w14:textId="5B9C9DFC" w:rsidR="00C56684" w:rsidRDefault="00C56684" w:rsidP="00C56684">
            <w:pPr>
              <w:rPr>
                <w:rFonts w:cs="Arial"/>
                <w:szCs w:val="20"/>
              </w:rPr>
            </w:pPr>
            <w:r>
              <w:rPr>
                <w:rFonts w:cs="Arial"/>
                <w:szCs w:val="20"/>
              </w:rPr>
              <w:t>Samantha Stevens</w:t>
            </w:r>
          </w:p>
        </w:tc>
        <w:tc>
          <w:tcPr>
            <w:tcW w:w="2719" w:type="dxa"/>
            <w:shd w:val="clear" w:color="auto" w:fill="auto"/>
          </w:tcPr>
          <w:p w14:paraId="70FA42C5" w14:textId="30CE12AC" w:rsidR="00C56684" w:rsidRDefault="00C56684" w:rsidP="00C56684">
            <w:pPr>
              <w:rPr>
                <w:rFonts w:cs="Arial"/>
                <w:szCs w:val="20"/>
              </w:rPr>
            </w:pPr>
            <w:r>
              <w:rPr>
                <w:rFonts w:cs="Arial"/>
                <w:szCs w:val="20"/>
              </w:rPr>
              <w:t>Midday Assistant</w:t>
            </w:r>
          </w:p>
        </w:tc>
        <w:tc>
          <w:tcPr>
            <w:tcW w:w="2918" w:type="dxa"/>
          </w:tcPr>
          <w:p w14:paraId="4BE084A3" w14:textId="068AE7E5" w:rsidR="00C56684" w:rsidRDefault="00C56684" w:rsidP="00C56684">
            <w:pPr>
              <w:rPr>
                <w:rFonts w:cs="Arial"/>
                <w:szCs w:val="20"/>
              </w:rPr>
            </w:pPr>
            <w:r>
              <w:rPr>
                <w:rFonts w:cs="Arial"/>
                <w:szCs w:val="20"/>
              </w:rPr>
              <w:t>admin@cherrytree-pri.essex.sch.uk</w:t>
            </w:r>
          </w:p>
        </w:tc>
      </w:tr>
      <w:tr w:rsidR="00C56684" w:rsidRPr="00DA50A5" w14:paraId="148D1E83" w14:textId="77777777" w:rsidTr="008153E3">
        <w:tc>
          <w:tcPr>
            <w:tcW w:w="2849" w:type="dxa"/>
            <w:shd w:val="clear" w:color="auto" w:fill="auto"/>
          </w:tcPr>
          <w:p w14:paraId="02B4AE7D" w14:textId="58BA810B" w:rsidR="00C56684" w:rsidRDefault="00C56684" w:rsidP="00C56684">
            <w:pPr>
              <w:rPr>
                <w:rFonts w:cs="Arial"/>
                <w:szCs w:val="20"/>
              </w:rPr>
            </w:pPr>
            <w:r>
              <w:rPr>
                <w:rFonts w:cs="Arial"/>
                <w:szCs w:val="20"/>
              </w:rPr>
              <w:t>Gemma Stockman</w:t>
            </w:r>
          </w:p>
        </w:tc>
        <w:tc>
          <w:tcPr>
            <w:tcW w:w="2719" w:type="dxa"/>
            <w:shd w:val="clear" w:color="auto" w:fill="auto"/>
          </w:tcPr>
          <w:p w14:paraId="68969E71" w14:textId="4622D426" w:rsidR="00C56684" w:rsidRDefault="00C56684" w:rsidP="00C56684">
            <w:pPr>
              <w:rPr>
                <w:rFonts w:cs="Arial"/>
                <w:szCs w:val="20"/>
              </w:rPr>
            </w:pPr>
            <w:r>
              <w:rPr>
                <w:rFonts w:cs="Arial"/>
                <w:szCs w:val="20"/>
              </w:rPr>
              <w:t>Midday Assistant</w:t>
            </w:r>
          </w:p>
        </w:tc>
        <w:tc>
          <w:tcPr>
            <w:tcW w:w="2918" w:type="dxa"/>
          </w:tcPr>
          <w:p w14:paraId="75493542" w14:textId="2F5919D1" w:rsidR="00C56684" w:rsidRDefault="00C56684" w:rsidP="00C56684">
            <w:pPr>
              <w:rPr>
                <w:rFonts w:cs="Arial"/>
                <w:szCs w:val="20"/>
              </w:rPr>
            </w:pPr>
            <w:r>
              <w:rPr>
                <w:rFonts w:cs="Arial"/>
                <w:szCs w:val="20"/>
              </w:rPr>
              <w:t>admin@cherrytree-pri.essex.sch.uk</w:t>
            </w:r>
          </w:p>
        </w:tc>
      </w:tr>
      <w:tr w:rsidR="00C56684" w:rsidRPr="00DA50A5" w14:paraId="2EAD2D65" w14:textId="77777777" w:rsidTr="008153E3">
        <w:tc>
          <w:tcPr>
            <w:tcW w:w="2849" w:type="dxa"/>
            <w:shd w:val="clear" w:color="auto" w:fill="auto"/>
          </w:tcPr>
          <w:p w14:paraId="677D3F92" w14:textId="2A47BC31" w:rsidR="00C56684" w:rsidRDefault="00C56684" w:rsidP="00C56684">
            <w:pPr>
              <w:rPr>
                <w:rFonts w:cs="Arial"/>
                <w:szCs w:val="20"/>
              </w:rPr>
            </w:pPr>
            <w:r>
              <w:rPr>
                <w:rFonts w:cs="Arial"/>
                <w:szCs w:val="20"/>
              </w:rPr>
              <w:t>Michelle Tiffin</w:t>
            </w:r>
          </w:p>
        </w:tc>
        <w:tc>
          <w:tcPr>
            <w:tcW w:w="2719" w:type="dxa"/>
            <w:shd w:val="clear" w:color="auto" w:fill="auto"/>
          </w:tcPr>
          <w:p w14:paraId="4AFCBD7F" w14:textId="31DBB4FF" w:rsidR="00C56684" w:rsidRDefault="00C56684" w:rsidP="00C56684">
            <w:pPr>
              <w:rPr>
                <w:rFonts w:cs="Arial"/>
                <w:szCs w:val="20"/>
              </w:rPr>
            </w:pPr>
            <w:r>
              <w:rPr>
                <w:rFonts w:cs="Arial"/>
                <w:szCs w:val="20"/>
              </w:rPr>
              <w:t>Class Teacher</w:t>
            </w:r>
            <w:bookmarkStart w:id="1" w:name="_GoBack"/>
            <w:bookmarkEnd w:id="1"/>
          </w:p>
        </w:tc>
        <w:tc>
          <w:tcPr>
            <w:tcW w:w="2918" w:type="dxa"/>
          </w:tcPr>
          <w:p w14:paraId="5CFE9BD5" w14:textId="255B8291" w:rsidR="00C56684" w:rsidRDefault="00C56684" w:rsidP="00C56684">
            <w:pPr>
              <w:rPr>
                <w:rFonts w:cs="Arial"/>
                <w:szCs w:val="20"/>
              </w:rPr>
            </w:pPr>
            <w:r>
              <w:rPr>
                <w:rFonts w:cs="Arial"/>
                <w:szCs w:val="20"/>
              </w:rPr>
              <w:t>admin@cherrytree-pri.essex.sch.uk</w:t>
            </w:r>
          </w:p>
        </w:tc>
      </w:tr>
      <w:tr w:rsidR="00C56684" w:rsidRPr="00DA50A5" w14:paraId="34FD610F" w14:textId="77777777" w:rsidTr="008153E3">
        <w:tc>
          <w:tcPr>
            <w:tcW w:w="2849" w:type="dxa"/>
            <w:shd w:val="clear" w:color="auto" w:fill="auto"/>
          </w:tcPr>
          <w:p w14:paraId="19A4640E" w14:textId="3EC2277F" w:rsidR="00C56684" w:rsidRDefault="00C56684" w:rsidP="00C56684">
            <w:pPr>
              <w:rPr>
                <w:rFonts w:cs="Arial"/>
                <w:szCs w:val="20"/>
              </w:rPr>
            </w:pPr>
            <w:r>
              <w:rPr>
                <w:rFonts w:cs="Arial"/>
                <w:szCs w:val="20"/>
              </w:rPr>
              <w:t xml:space="preserve">Victoria </w:t>
            </w:r>
            <w:proofErr w:type="spellStart"/>
            <w:r>
              <w:rPr>
                <w:rFonts w:cs="Arial"/>
                <w:szCs w:val="20"/>
              </w:rPr>
              <w:t>Tooey</w:t>
            </w:r>
            <w:proofErr w:type="spellEnd"/>
          </w:p>
        </w:tc>
        <w:tc>
          <w:tcPr>
            <w:tcW w:w="2719" w:type="dxa"/>
            <w:shd w:val="clear" w:color="auto" w:fill="auto"/>
          </w:tcPr>
          <w:p w14:paraId="529F3877" w14:textId="7FC8C557" w:rsidR="00C56684" w:rsidRDefault="00C56684" w:rsidP="00C56684">
            <w:pPr>
              <w:rPr>
                <w:rFonts w:cs="Arial"/>
                <w:szCs w:val="20"/>
              </w:rPr>
            </w:pPr>
            <w:r>
              <w:rPr>
                <w:rFonts w:cs="Arial"/>
                <w:szCs w:val="20"/>
              </w:rPr>
              <w:t>Learning Support Assistant</w:t>
            </w:r>
          </w:p>
        </w:tc>
        <w:tc>
          <w:tcPr>
            <w:tcW w:w="2918" w:type="dxa"/>
          </w:tcPr>
          <w:p w14:paraId="4145FCBB" w14:textId="544793C4" w:rsidR="00C56684" w:rsidRDefault="00C56684" w:rsidP="00C56684">
            <w:pPr>
              <w:rPr>
                <w:rFonts w:cs="Arial"/>
                <w:szCs w:val="20"/>
              </w:rPr>
            </w:pPr>
            <w:r>
              <w:rPr>
                <w:rFonts w:cs="Arial"/>
                <w:szCs w:val="20"/>
              </w:rPr>
              <w:t>admin@cherrytree-pri.essex.sch.uk</w:t>
            </w:r>
          </w:p>
        </w:tc>
      </w:tr>
      <w:tr w:rsidR="00C56684" w:rsidRPr="00DA50A5" w14:paraId="6430EAC2" w14:textId="77777777" w:rsidTr="008153E3">
        <w:tc>
          <w:tcPr>
            <w:tcW w:w="2849" w:type="dxa"/>
            <w:shd w:val="clear" w:color="auto" w:fill="auto"/>
          </w:tcPr>
          <w:p w14:paraId="77987582" w14:textId="35926868" w:rsidR="00C56684" w:rsidRDefault="00C56684" w:rsidP="00C56684">
            <w:pPr>
              <w:rPr>
                <w:rFonts w:cs="Arial"/>
                <w:szCs w:val="20"/>
              </w:rPr>
            </w:pPr>
            <w:r>
              <w:rPr>
                <w:rFonts w:cs="Arial"/>
                <w:szCs w:val="20"/>
              </w:rPr>
              <w:t>Caitlin Tyler-Jenkins</w:t>
            </w:r>
          </w:p>
        </w:tc>
        <w:tc>
          <w:tcPr>
            <w:tcW w:w="2719" w:type="dxa"/>
            <w:shd w:val="clear" w:color="auto" w:fill="auto"/>
          </w:tcPr>
          <w:p w14:paraId="2EE0FF81" w14:textId="0442F22A" w:rsidR="00C56684" w:rsidRDefault="00C56684" w:rsidP="00C56684">
            <w:pPr>
              <w:rPr>
                <w:rFonts w:cs="Arial"/>
                <w:szCs w:val="20"/>
              </w:rPr>
            </w:pPr>
            <w:r>
              <w:rPr>
                <w:rFonts w:cs="Arial"/>
                <w:szCs w:val="20"/>
              </w:rPr>
              <w:t>HLTA</w:t>
            </w:r>
          </w:p>
        </w:tc>
        <w:tc>
          <w:tcPr>
            <w:tcW w:w="2918" w:type="dxa"/>
          </w:tcPr>
          <w:p w14:paraId="08B6B456" w14:textId="327DB805" w:rsidR="00C56684" w:rsidRDefault="00C56684" w:rsidP="00C56684">
            <w:pPr>
              <w:rPr>
                <w:rFonts w:cs="Arial"/>
                <w:szCs w:val="20"/>
              </w:rPr>
            </w:pPr>
            <w:r>
              <w:rPr>
                <w:rFonts w:cs="Arial"/>
                <w:szCs w:val="20"/>
              </w:rPr>
              <w:t>admin@cherrytree-pri.essex.sch.uk</w:t>
            </w:r>
          </w:p>
        </w:tc>
      </w:tr>
      <w:tr w:rsidR="00C56684" w:rsidRPr="00DA50A5" w14:paraId="665283DE" w14:textId="77777777" w:rsidTr="008153E3">
        <w:tc>
          <w:tcPr>
            <w:tcW w:w="2849" w:type="dxa"/>
            <w:shd w:val="clear" w:color="auto" w:fill="auto"/>
          </w:tcPr>
          <w:p w14:paraId="6E236C1E" w14:textId="54A8AF2C" w:rsidR="00C56684" w:rsidRDefault="00C56684" w:rsidP="00C56684">
            <w:pPr>
              <w:rPr>
                <w:rFonts w:cs="Arial"/>
                <w:szCs w:val="20"/>
              </w:rPr>
            </w:pPr>
            <w:r>
              <w:rPr>
                <w:rFonts w:cs="Arial"/>
                <w:szCs w:val="20"/>
              </w:rPr>
              <w:t>Kristen Waugh</w:t>
            </w:r>
          </w:p>
        </w:tc>
        <w:tc>
          <w:tcPr>
            <w:tcW w:w="2719" w:type="dxa"/>
            <w:shd w:val="clear" w:color="auto" w:fill="auto"/>
          </w:tcPr>
          <w:p w14:paraId="5FF7AEF6" w14:textId="46345528" w:rsidR="00C56684" w:rsidRDefault="00C56684" w:rsidP="00C56684">
            <w:pPr>
              <w:rPr>
                <w:rFonts w:cs="Arial"/>
                <w:szCs w:val="20"/>
              </w:rPr>
            </w:pPr>
            <w:r>
              <w:rPr>
                <w:rFonts w:cs="Arial"/>
                <w:szCs w:val="20"/>
              </w:rPr>
              <w:t>Attendance Officer</w:t>
            </w:r>
          </w:p>
        </w:tc>
        <w:tc>
          <w:tcPr>
            <w:tcW w:w="2918" w:type="dxa"/>
          </w:tcPr>
          <w:p w14:paraId="3BFFFB25" w14:textId="317A30B6" w:rsidR="00C56684" w:rsidRDefault="00C56684" w:rsidP="00C56684">
            <w:pPr>
              <w:rPr>
                <w:rFonts w:cs="Arial"/>
                <w:szCs w:val="20"/>
              </w:rPr>
            </w:pPr>
            <w:r>
              <w:rPr>
                <w:rFonts w:cs="Arial"/>
                <w:szCs w:val="20"/>
              </w:rPr>
              <w:t>admin@cherrytree-pri.essex.sch.uk</w:t>
            </w:r>
          </w:p>
        </w:tc>
      </w:tr>
      <w:tr w:rsidR="00C56684" w:rsidRPr="00DA50A5" w14:paraId="6AAC3C6E" w14:textId="77777777" w:rsidTr="008153E3">
        <w:tc>
          <w:tcPr>
            <w:tcW w:w="2849" w:type="dxa"/>
            <w:shd w:val="clear" w:color="auto" w:fill="auto"/>
          </w:tcPr>
          <w:p w14:paraId="04E1F543" w14:textId="0F22A870" w:rsidR="00C56684" w:rsidRDefault="00C56684" w:rsidP="00C56684">
            <w:pPr>
              <w:rPr>
                <w:rFonts w:cs="Arial"/>
                <w:szCs w:val="20"/>
              </w:rPr>
            </w:pPr>
            <w:r>
              <w:rPr>
                <w:rFonts w:cs="Arial"/>
                <w:szCs w:val="20"/>
              </w:rPr>
              <w:t xml:space="preserve">Carly </w:t>
            </w:r>
            <w:proofErr w:type="spellStart"/>
            <w:r>
              <w:rPr>
                <w:rFonts w:cs="Arial"/>
                <w:szCs w:val="20"/>
              </w:rPr>
              <w:t>Wennington</w:t>
            </w:r>
            <w:proofErr w:type="spellEnd"/>
          </w:p>
        </w:tc>
        <w:tc>
          <w:tcPr>
            <w:tcW w:w="2719" w:type="dxa"/>
            <w:shd w:val="clear" w:color="auto" w:fill="auto"/>
          </w:tcPr>
          <w:p w14:paraId="6B8AB91E" w14:textId="2D36167D" w:rsidR="00C56684" w:rsidRDefault="00C56684" w:rsidP="00C56684">
            <w:pPr>
              <w:rPr>
                <w:rFonts w:cs="Arial"/>
                <w:szCs w:val="20"/>
              </w:rPr>
            </w:pPr>
            <w:r>
              <w:rPr>
                <w:rFonts w:cs="Arial"/>
                <w:szCs w:val="20"/>
              </w:rPr>
              <w:t>Learning Support Assistant</w:t>
            </w:r>
          </w:p>
        </w:tc>
        <w:tc>
          <w:tcPr>
            <w:tcW w:w="2918" w:type="dxa"/>
          </w:tcPr>
          <w:p w14:paraId="43ECB36D" w14:textId="37C5F024" w:rsidR="00C56684" w:rsidRDefault="00C56684" w:rsidP="00C56684">
            <w:pPr>
              <w:rPr>
                <w:rFonts w:cs="Arial"/>
                <w:szCs w:val="20"/>
              </w:rPr>
            </w:pPr>
            <w:r>
              <w:rPr>
                <w:rFonts w:cs="Arial"/>
                <w:szCs w:val="20"/>
              </w:rPr>
              <w:t>admin@cherrytree-pri.essex.sch.uk</w:t>
            </w:r>
          </w:p>
        </w:tc>
      </w:tr>
      <w:tr w:rsidR="00C56684" w:rsidRPr="00DA50A5" w14:paraId="02BF5E16" w14:textId="77777777" w:rsidTr="008153E3">
        <w:tc>
          <w:tcPr>
            <w:tcW w:w="2849" w:type="dxa"/>
            <w:shd w:val="clear" w:color="auto" w:fill="auto"/>
          </w:tcPr>
          <w:p w14:paraId="2E0220AE" w14:textId="586B11E2" w:rsidR="00C56684" w:rsidRDefault="00C56684" w:rsidP="00C56684">
            <w:pPr>
              <w:rPr>
                <w:rFonts w:cs="Arial"/>
                <w:szCs w:val="20"/>
              </w:rPr>
            </w:pPr>
            <w:r>
              <w:rPr>
                <w:rFonts w:cs="Arial"/>
                <w:szCs w:val="20"/>
              </w:rPr>
              <w:t>Hayley Wilson</w:t>
            </w:r>
          </w:p>
        </w:tc>
        <w:tc>
          <w:tcPr>
            <w:tcW w:w="2719" w:type="dxa"/>
            <w:shd w:val="clear" w:color="auto" w:fill="auto"/>
          </w:tcPr>
          <w:p w14:paraId="22AC91D9" w14:textId="69B6A613" w:rsidR="00C56684" w:rsidRDefault="00C56684" w:rsidP="00C56684">
            <w:pPr>
              <w:rPr>
                <w:rFonts w:cs="Arial"/>
                <w:szCs w:val="20"/>
              </w:rPr>
            </w:pPr>
            <w:r>
              <w:rPr>
                <w:rFonts w:cs="Arial"/>
                <w:szCs w:val="20"/>
              </w:rPr>
              <w:t>Class Teacher</w:t>
            </w:r>
          </w:p>
        </w:tc>
        <w:tc>
          <w:tcPr>
            <w:tcW w:w="2918" w:type="dxa"/>
          </w:tcPr>
          <w:p w14:paraId="5163F51E" w14:textId="108FE630" w:rsidR="00C56684" w:rsidRDefault="00C56684" w:rsidP="00C56684">
            <w:pPr>
              <w:rPr>
                <w:rFonts w:cs="Arial"/>
                <w:szCs w:val="20"/>
              </w:rPr>
            </w:pPr>
            <w:r>
              <w:rPr>
                <w:rFonts w:cs="Arial"/>
                <w:szCs w:val="20"/>
              </w:rPr>
              <w:t>admin@cherrytree-pri.essex.sch.uk</w:t>
            </w:r>
          </w:p>
        </w:tc>
      </w:tr>
      <w:tr w:rsidR="00C56684" w:rsidRPr="00DA50A5" w14:paraId="14A3618F" w14:textId="77777777" w:rsidTr="008153E3">
        <w:tc>
          <w:tcPr>
            <w:tcW w:w="2849" w:type="dxa"/>
            <w:shd w:val="clear" w:color="auto" w:fill="auto"/>
          </w:tcPr>
          <w:p w14:paraId="48276CFD" w14:textId="0F3AEE65" w:rsidR="00C56684" w:rsidRDefault="00C56684" w:rsidP="00C56684">
            <w:pPr>
              <w:rPr>
                <w:rFonts w:cs="Arial"/>
                <w:szCs w:val="20"/>
              </w:rPr>
            </w:pPr>
            <w:r>
              <w:rPr>
                <w:rFonts w:cs="Arial"/>
                <w:szCs w:val="20"/>
              </w:rPr>
              <w:t>Aimee Young</w:t>
            </w:r>
          </w:p>
        </w:tc>
        <w:tc>
          <w:tcPr>
            <w:tcW w:w="2719" w:type="dxa"/>
            <w:shd w:val="clear" w:color="auto" w:fill="auto"/>
          </w:tcPr>
          <w:p w14:paraId="2B8D0F90" w14:textId="16F32848" w:rsidR="00C56684" w:rsidRDefault="00C56684" w:rsidP="00C56684">
            <w:pPr>
              <w:rPr>
                <w:rFonts w:cs="Arial"/>
                <w:szCs w:val="20"/>
              </w:rPr>
            </w:pPr>
            <w:r>
              <w:rPr>
                <w:rFonts w:cs="Arial"/>
                <w:szCs w:val="20"/>
              </w:rPr>
              <w:t>Learning Support Assistant</w:t>
            </w:r>
          </w:p>
        </w:tc>
        <w:tc>
          <w:tcPr>
            <w:tcW w:w="2918" w:type="dxa"/>
          </w:tcPr>
          <w:p w14:paraId="5D9ABF22" w14:textId="095D1871" w:rsidR="00C56684" w:rsidRDefault="00C56684" w:rsidP="00C56684">
            <w:pPr>
              <w:rPr>
                <w:rFonts w:cs="Arial"/>
                <w:szCs w:val="20"/>
              </w:rPr>
            </w:pPr>
            <w:r>
              <w:rPr>
                <w:rFonts w:cs="Arial"/>
                <w:szCs w:val="20"/>
              </w:rPr>
              <w:t>admin@cherrytree-pri.essex.sch.uk</w:t>
            </w:r>
          </w:p>
        </w:tc>
      </w:tr>
    </w:tbl>
    <w:p w14:paraId="146DE223" w14:textId="77777777" w:rsidR="00352BAE" w:rsidRPr="002E4DC1" w:rsidRDefault="00352BAE" w:rsidP="00352BAE">
      <w:pPr>
        <w:spacing w:before="100" w:beforeAutospacing="1" w:after="100" w:afterAutospacing="1" w:line="300" w:lineRule="atLeast"/>
        <w:rPr>
          <w:rFonts w:ascii="Segoe UI" w:eastAsia="Times New Roman" w:hAnsi="Segoe UI" w:cs="Segoe UI"/>
          <w:sz w:val="21"/>
          <w:szCs w:val="21"/>
          <w:lang w:val="en-GB" w:eastAsia="en-GB"/>
        </w:rPr>
      </w:pPr>
    </w:p>
    <w:p w14:paraId="0BA6203B" w14:textId="4A4C3EF2" w:rsidR="00FB45D1" w:rsidRDefault="00FB45D1" w:rsidP="002E4DC1">
      <w:pPr>
        <w:pStyle w:val="Heading1"/>
      </w:pPr>
    </w:p>
    <w:p w14:paraId="6A179F08" w14:textId="273CDCEF" w:rsidR="00352BAE" w:rsidRDefault="00352BAE" w:rsidP="00352BAE"/>
    <w:p w14:paraId="64F48D4C" w14:textId="14DD7999" w:rsidR="00352BAE" w:rsidRDefault="00352BAE" w:rsidP="00352BAE"/>
    <w:p w14:paraId="0F8EA605" w14:textId="6E83D392" w:rsidR="00352BAE" w:rsidRDefault="00352BAE" w:rsidP="00352BAE"/>
    <w:p w14:paraId="52588C5D" w14:textId="2A0D9D3C" w:rsidR="00352BAE" w:rsidRDefault="00352BAE" w:rsidP="00352BAE"/>
    <w:p w14:paraId="6755CB47" w14:textId="616463BE" w:rsidR="00352BAE" w:rsidRDefault="00352BAE" w:rsidP="00352BAE"/>
    <w:p w14:paraId="63536103" w14:textId="10BDAD00" w:rsidR="00352BAE" w:rsidRDefault="00352BAE" w:rsidP="00352BAE"/>
    <w:p w14:paraId="57A2849B" w14:textId="10C62393" w:rsidR="00352BAE" w:rsidRDefault="00352BAE" w:rsidP="00352BAE"/>
    <w:p w14:paraId="1C4F7C25" w14:textId="305A64B2" w:rsidR="00352BAE" w:rsidRDefault="00352BAE" w:rsidP="00352BAE"/>
    <w:p w14:paraId="16D5BE8F" w14:textId="20FC28C7" w:rsidR="00352BAE" w:rsidRDefault="00352BAE" w:rsidP="00352BAE"/>
    <w:p w14:paraId="501BCC61" w14:textId="2407353C" w:rsidR="00352BAE" w:rsidRPr="00352BAE" w:rsidRDefault="00352BAE" w:rsidP="00352BAE">
      <w:pPr>
        <w:pStyle w:val="Heading1"/>
        <w:rPr>
          <w:rFonts w:ascii="Arial" w:hAnsi="Arial" w:cs="Arial"/>
          <w:color w:val="00B0F0"/>
          <w:lang w:val="en-GB"/>
        </w:rPr>
      </w:pPr>
      <w:bookmarkStart w:id="2" w:name="_Toc36543441"/>
      <w:r w:rsidRPr="00352BAE">
        <w:rPr>
          <w:rFonts w:ascii="Arial" w:hAnsi="Arial" w:cs="Arial"/>
          <w:color w:val="00B0F0"/>
        </w:rPr>
        <w:t>Appendix B: accident report</w:t>
      </w:r>
      <w:r w:rsidRPr="00352BAE">
        <w:rPr>
          <w:rFonts w:ascii="Arial" w:hAnsi="Arial" w:cs="Arial"/>
          <w:color w:val="00B0F0"/>
          <w:lang w:val="en-GB"/>
        </w:rPr>
        <w:t xml:space="preserve"> form</w:t>
      </w:r>
      <w:bookmarkEnd w:id="2"/>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1967"/>
        <w:gridCol w:w="2802"/>
        <w:gridCol w:w="1639"/>
        <w:gridCol w:w="2078"/>
      </w:tblGrid>
      <w:tr w:rsidR="00352BAE" w:rsidRPr="00DA50A5" w14:paraId="1337FBFB" w14:textId="77777777" w:rsidTr="00352BAE">
        <w:trPr>
          <w:trHeight w:val="727"/>
        </w:trPr>
        <w:tc>
          <w:tcPr>
            <w:tcW w:w="2127" w:type="dxa"/>
            <w:shd w:val="clear" w:color="auto" w:fill="BFBFBF"/>
          </w:tcPr>
          <w:p w14:paraId="538B6910" w14:textId="77777777" w:rsidR="00352BAE" w:rsidRPr="00DA50A5" w:rsidRDefault="00352BAE" w:rsidP="00027A1A">
            <w:pPr>
              <w:rPr>
                <w:b/>
                <w:sz w:val="24"/>
              </w:rPr>
            </w:pPr>
            <w:r>
              <w:rPr>
                <w:b/>
                <w:sz w:val="24"/>
              </w:rPr>
              <w:t>Name of injured person</w:t>
            </w:r>
          </w:p>
        </w:tc>
        <w:tc>
          <w:tcPr>
            <w:tcW w:w="3402" w:type="dxa"/>
            <w:shd w:val="clear" w:color="auto" w:fill="auto"/>
          </w:tcPr>
          <w:p w14:paraId="264A6550" w14:textId="77777777" w:rsidR="00352BAE" w:rsidRPr="00DA50A5" w:rsidRDefault="00352BAE" w:rsidP="00027A1A">
            <w:pPr>
              <w:rPr>
                <w:b/>
                <w:sz w:val="24"/>
              </w:rPr>
            </w:pPr>
          </w:p>
        </w:tc>
        <w:tc>
          <w:tcPr>
            <w:tcW w:w="1701" w:type="dxa"/>
            <w:shd w:val="clear" w:color="auto" w:fill="BFBFBF"/>
          </w:tcPr>
          <w:p w14:paraId="0F1D813C" w14:textId="77777777" w:rsidR="00352BAE" w:rsidRPr="00DA50A5" w:rsidRDefault="00352BAE" w:rsidP="00027A1A">
            <w:pPr>
              <w:rPr>
                <w:b/>
                <w:sz w:val="24"/>
              </w:rPr>
            </w:pPr>
            <w:r>
              <w:rPr>
                <w:b/>
                <w:sz w:val="24"/>
              </w:rPr>
              <w:t>Role/class</w:t>
            </w:r>
          </w:p>
        </w:tc>
        <w:tc>
          <w:tcPr>
            <w:tcW w:w="2510" w:type="dxa"/>
            <w:shd w:val="clear" w:color="auto" w:fill="auto"/>
          </w:tcPr>
          <w:p w14:paraId="79F3A619" w14:textId="77777777" w:rsidR="00352BAE" w:rsidRDefault="00352BAE" w:rsidP="00027A1A">
            <w:pPr>
              <w:rPr>
                <w:b/>
                <w:sz w:val="24"/>
              </w:rPr>
            </w:pPr>
          </w:p>
        </w:tc>
      </w:tr>
      <w:tr w:rsidR="00352BAE" w:rsidRPr="00DA50A5" w14:paraId="0E597E34" w14:textId="77777777" w:rsidTr="00027A1A">
        <w:tc>
          <w:tcPr>
            <w:tcW w:w="2127" w:type="dxa"/>
            <w:shd w:val="clear" w:color="auto" w:fill="BFBFBF"/>
          </w:tcPr>
          <w:p w14:paraId="65CA7910" w14:textId="77777777" w:rsidR="00352BAE" w:rsidRPr="00DA50A5" w:rsidRDefault="00352BAE" w:rsidP="00027A1A">
            <w:pPr>
              <w:rPr>
                <w:rFonts w:cs="Arial"/>
                <w:szCs w:val="20"/>
              </w:rPr>
            </w:pPr>
            <w:r w:rsidRPr="00983068">
              <w:rPr>
                <w:b/>
                <w:sz w:val="24"/>
              </w:rPr>
              <w:t>Date</w:t>
            </w:r>
            <w:r>
              <w:rPr>
                <w:b/>
                <w:sz w:val="24"/>
              </w:rPr>
              <w:t xml:space="preserve"> and time of incident</w:t>
            </w:r>
          </w:p>
        </w:tc>
        <w:tc>
          <w:tcPr>
            <w:tcW w:w="3402" w:type="dxa"/>
            <w:shd w:val="clear" w:color="auto" w:fill="auto"/>
          </w:tcPr>
          <w:p w14:paraId="23935373" w14:textId="77777777" w:rsidR="00352BAE" w:rsidRPr="00DA50A5" w:rsidRDefault="00352BAE" w:rsidP="00027A1A">
            <w:pPr>
              <w:rPr>
                <w:rFonts w:cs="Arial"/>
                <w:szCs w:val="20"/>
              </w:rPr>
            </w:pPr>
          </w:p>
        </w:tc>
        <w:tc>
          <w:tcPr>
            <w:tcW w:w="1701" w:type="dxa"/>
            <w:shd w:val="clear" w:color="auto" w:fill="BFBFBF"/>
          </w:tcPr>
          <w:p w14:paraId="65F5272F" w14:textId="77777777" w:rsidR="00352BAE" w:rsidRPr="00DA50A5" w:rsidRDefault="00352BAE" w:rsidP="00027A1A">
            <w:pPr>
              <w:rPr>
                <w:rFonts w:cs="Arial"/>
                <w:szCs w:val="20"/>
              </w:rPr>
            </w:pPr>
            <w:r w:rsidRPr="00983068">
              <w:rPr>
                <w:b/>
                <w:sz w:val="24"/>
              </w:rPr>
              <w:t>Location of incident</w:t>
            </w:r>
          </w:p>
        </w:tc>
        <w:tc>
          <w:tcPr>
            <w:tcW w:w="2510" w:type="dxa"/>
          </w:tcPr>
          <w:p w14:paraId="08ED3010" w14:textId="77777777" w:rsidR="00352BAE" w:rsidRPr="00DA50A5" w:rsidRDefault="00352BAE" w:rsidP="00027A1A">
            <w:pPr>
              <w:rPr>
                <w:rFonts w:cs="Arial"/>
                <w:szCs w:val="20"/>
              </w:rPr>
            </w:pPr>
          </w:p>
        </w:tc>
      </w:tr>
      <w:tr w:rsidR="00352BAE" w:rsidRPr="00DA50A5" w14:paraId="53FDC228" w14:textId="77777777" w:rsidTr="00027A1A">
        <w:trPr>
          <w:trHeight w:val="411"/>
        </w:trPr>
        <w:tc>
          <w:tcPr>
            <w:tcW w:w="9740" w:type="dxa"/>
            <w:gridSpan w:val="4"/>
            <w:shd w:val="clear" w:color="auto" w:fill="BFBFBF"/>
          </w:tcPr>
          <w:p w14:paraId="1A4B40B3" w14:textId="77777777" w:rsidR="00352BAE" w:rsidRPr="00DA50A5" w:rsidRDefault="00352BAE" w:rsidP="00027A1A">
            <w:pPr>
              <w:rPr>
                <w:rFonts w:cs="Arial"/>
                <w:szCs w:val="20"/>
              </w:rPr>
            </w:pPr>
            <w:r w:rsidRPr="00983068">
              <w:rPr>
                <w:b/>
                <w:sz w:val="24"/>
              </w:rPr>
              <w:t>Incident details</w:t>
            </w:r>
          </w:p>
        </w:tc>
      </w:tr>
      <w:tr w:rsidR="00352BAE" w:rsidRPr="00DA50A5" w14:paraId="1B35B1E3" w14:textId="77777777" w:rsidTr="00352BAE">
        <w:trPr>
          <w:trHeight w:val="1237"/>
        </w:trPr>
        <w:tc>
          <w:tcPr>
            <w:tcW w:w="9740" w:type="dxa"/>
            <w:gridSpan w:val="4"/>
            <w:shd w:val="clear" w:color="auto" w:fill="auto"/>
          </w:tcPr>
          <w:p w14:paraId="490E5C09" w14:textId="77777777" w:rsidR="00352BAE" w:rsidRDefault="00352BAE" w:rsidP="00027A1A">
            <w:pPr>
              <w:rPr>
                <w:rFonts w:cs="Arial"/>
                <w:i/>
                <w:szCs w:val="20"/>
              </w:rPr>
            </w:pPr>
            <w:r w:rsidRPr="00B634E8">
              <w:rPr>
                <w:rFonts w:cs="Arial"/>
                <w:i/>
                <w:szCs w:val="20"/>
              </w:rPr>
              <w:t>Describe in detail what happened, how it happened and what injuries the person incurred</w:t>
            </w:r>
          </w:p>
          <w:p w14:paraId="42964DDB" w14:textId="77777777" w:rsidR="00352BAE" w:rsidRPr="00DA50A5" w:rsidRDefault="00352BAE" w:rsidP="00027A1A">
            <w:pPr>
              <w:rPr>
                <w:rFonts w:cs="Arial"/>
                <w:szCs w:val="20"/>
              </w:rPr>
            </w:pPr>
          </w:p>
        </w:tc>
      </w:tr>
      <w:tr w:rsidR="00352BAE" w:rsidRPr="00DA50A5" w14:paraId="7CEE6347" w14:textId="77777777" w:rsidTr="00027A1A">
        <w:tc>
          <w:tcPr>
            <w:tcW w:w="9740" w:type="dxa"/>
            <w:gridSpan w:val="4"/>
            <w:shd w:val="clear" w:color="auto" w:fill="BFBFBF"/>
          </w:tcPr>
          <w:p w14:paraId="75F61772" w14:textId="77777777" w:rsidR="00352BAE" w:rsidRPr="00DA50A5" w:rsidRDefault="00352BAE" w:rsidP="00027A1A">
            <w:pPr>
              <w:rPr>
                <w:rFonts w:cs="Arial"/>
                <w:szCs w:val="20"/>
              </w:rPr>
            </w:pPr>
            <w:r w:rsidRPr="00983068">
              <w:rPr>
                <w:b/>
                <w:sz w:val="24"/>
              </w:rPr>
              <w:t>Action taken</w:t>
            </w:r>
          </w:p>
        </w:tc>
      </w:tr>
      <w:tr w:rsidR="00352BAE" w:rsidRPr="00DA50A5" w14:paraId="3F4EC654" w14:textId="77777777" w:rsidTr="00027A1A">
        <w:tc>
          <w:tcPr>
            <w:tcW w:w="9740" w:type="dxa"/>
            <w:gridSpan w:val="4"/>
            <w:shd w:val="clear" w:color="auto" w:fill="auto"/>
          </w:tcPr>
          <w:p w14:paraId="6063862A" w14:textId="77777777" w:rsidR="00352BAE" w:rsidRDefault="00352BAE" w:rsidP="00027A1A">
            <w:pPr>
              <w:rPr>
                <w:rFonts w:cs="Arial"/>
                <w:i/>
                <w:szCs w:val="20"/>
              </w:rPr>
            </w:pPr>
            <w:r w:rsidRPr="00B634E8">
              <w:rPr>
                <w:rFonts w:cs="Arial"/>
                <w:i/>
                <w:szCs w:val="20"/>
              </w:rPr>
              <w:t>Describe the steps taken in response to the incident</w:t>
            </w:r>
            <w:r>
              <w:rPr>
                <w:rFonts w:cs="Arial"/>
                <w:i/>
                <w:szCs w:val="20"/>
              </w:rPr>
              <w:t>, including any first aid treatment, and what happened to the injured person immediately afterwards.</w:t>
            </w:r>
          </w:p>
          <w:p w14:paraId="7D04E193" w14:textId="77777777" w:rsidR="00352BAE" w:rsidRPr="00DA50A5" w:rsidRDefault="00352BAE" w:rsidP="00027A1A">
            <w:pPr>
              <w:rPr>
                <w:rFonts w:cs="Arial"/>
                <w:szCs w:val="20"/>
              </w:rPr>
            </w:pPr>
          </w:p>
        </w:tc>
      </w:tr>
      <w:tr w:rsidR="00352BAE" w:rsidRPr="00DA50A5" w14:paraId="50D19CCD" w14:textId="77777777" w:rsidTr="00027A1A">
        <w:tc>
          <w:tcPr>
            <w:tcW w:w="9740" w:type="dxa"/>
            <w:gridSpan w:val="4"/>
            <w:shd w:val="clear" w:color="auto" w:fill="BFBFBF"/>
          </w:tcPr>
          <w:p w14:paraId="4C1B5D28" w14:textId="77777777" w:rsidR="00352BAE" w:rsidRPr="00DA50A5" w:rsidRDefault="00352BAE" w:rsidP="00027A1A">
            <w:pPr>
              <w:rPr>
                <w:rFonts w:cs="Arial"/>
                <w:szCs w:val="20"/>
              </w:rPr>
            </w:pPr>
            <w:r w:rsidRPr="00983068">
              <w:rPr>
                <w:b/>
                <w:sz w:val="24"/>
              </w:rPr>
              <w:t>Follow</w:t>
            </w:r>
            <w:r>
              <w:rPr>
                <w:b/>
                <w:sz w:val="24"/>
              </w:rPr>
              <w:t>-</w:t>
            </w:r>
            <w:r w:rsidRPr="00983068">
              <w:rPr>
                <w:b/>
                <w:sz w:val="24"/>
              </w:rPr>
              <w:t>up action required</w:t>
            </w:r>
          </w:p>
        </w:tc>
      </w:tr>
      <w:tr w:rsidR="00352BAE" w:rsidRPr="00DA50A5" w14:paraId="19D2311B" w14:textId="77777777" w:rsidTr="00027A1A">
        <w:tc>
          <w:tcPr>
            <w:tcW w:w="9740" w:type="dxa"/>
            <w:gridSpan w:val="4"/>
            <w:shd w:val="clear" w:color="auto" w:fill="auto"/>
          </w:tcPr>
          <w:p w14:paraId="14793313" w14:textId="77777777" w:rsidR="00352BAE" w:rsidRDefault="00352BAE" w:rsidP="00027A1A">
            <w:pPr>
              <w:rPr>
                <w:rFonts w:cs="Arial"/>
                <w:i/>
                <w:szCs w:val="20"/>
              </w:rPr>
            </w:pPr>
            <w:r w:rsidRPr="00B634E8">
              <w:rPr>
                <w:rFonts w:cs="Arial"/>
                <w:i/>
                <w:szCs w:val="20"/>
              </w:rPr>
              <w:t>Outline what steps the school will take to check on the injured person, and what it will do to reduce the risk of the incident happening again</w:t>
            </w:r>
          </w:p>
          <w:p w14:paraId="2F242CAA" w14:textId="77777777" w:rsidR="00352BAE" w:rsidRPr="00DA50A5" w:rsidRDefault="00352BAE" w:rsidP="00027A1A">
            <w:pPr>
              <w:rPr>
                <w:rFonts w:cs="Arial"/>
                <w:szCs w:val="20"/>
              </w:rPr>
            </w:pPr>
          </w:p>
        </w:tc>
      </w:tr>
      <w:tr w:rsidR="00352BAE" w:rsidRPr="00DA50A5" w14:paraId="2E3FCF10" w14:textId="77777777" w:rsidTr="00027A1A">
        <w:tc>
          <w:tcPr>
            <w:tcW w:w="2127" w:type="dxa"/>
            <w:shd w:val="clear" w:color="auto" w:fill="BFBFBF"/>
          </w:tcPr>
          <w:p w14:paraId="2FB286E4" w14:textId="77777777" w:rsidR="00352BAE" w:rsidRPr="00DA50A5" w:rsidRDefault="00352BAE" w:rsidP="00027A1A">
            <w:pPr>
              <w:rPr>
                <w:rFonts w:cs="Arial"/>
                <w:szCs w:val="20"/>
              </w:rPr>
            </w:pPr>
            <w:r w:rsidRPr="00983068">
              <w:rPr>
                <w:b/>
                <w:sz w:val="24"/>
              </w:rPr>
              <w:t>Name of person attending the incident</w:t>
            </w:r>
          </w:p>
        </w:tc>
        <w:tc>
          <w:tcPr>
            <w:tcW w:w="7613" w:type="dxa"/>
            <w:gridSpan w:val="3"/>
            <w:shd w:val="clear" w:color="auto" w:fill="auto"/>
          </w:tcPr>
          <w:p w14:paraId="6EEDA780" w14:textId="77777777" w:rsidR="00352BAE" w:rsidRPr="00DA50A5" w:rsidRDefault="00352BAE" w:rsidP="00027A1A">
            <w:pPr>
              <w:rPr>
                <w:rFonts w:cs="Arial"/>
                <w:szCs w:val="20"/>
              </w:rPr>
            </w:pPr>
          </w:p>
        </w:tc>
      </w:tr>
      <w:tr w:rsidR="00352BAE" w:rsidRPr="00DA50A5" w14:paraId="1C986B4D" w14:textId="77777777" w:rsidTr="00027A1A">
        <w:tc>
          <w:tcPr>
            <w:tcW w:w="2127" w:type="dxa"/>
            <w:shd w:val="clear" w:color="auto" w:fill="BFBFBF"/>
          </w:tcPr>
          <w:p w14:paraId="60F77280" w14:textId="77777777" w:rsidR="00352BAE" w:rsidRPr="00983068" w:rsidRDefault="00352BAE" w:rsidP="00027A1A">
            <w:pPr>
              <w:rPr>
                <w:b/>
                <w:sz w:val="24"/>
              </w:rPr>
            </w:pPr>
            <w:r>
              <w:rPr>
                <w:b/>
                <w:sz w:val="24"/>
              </w:rPr>
              <w:t>Signature</w:t>
            </w:r>
          </w:p>
        </w:tc>
        <w:tc>
          <w:tcPr>
            <w:tcW w:w="3402" w:type="dxa"/>
            <w:shd w:val="clear" w:color="auto" w:fill="auto"/>
          </w:tcPr>
          <w:p w14:paraId="0FF0829A" w14:textId="77777777" w:rsidR="00352BAE" w:rsidRPr="00DA50A5" w:rsidRDefault="00352BAE" w:rsidP="00027A1A">
            <w:pPr>
              <w:rPr>
                <w:rFonts w:cs="Arial"/>
                <w:szCs w:val="20"/>
              </w:rPr>
            </w:pPr>
          </w:p>
        </w:tc>
        <w:tc>
          <w:tcPr>
            <w:tcW w:w="1701" w:type="dxa"/>
            <w:shd w:val="clear" w:color="auto" w:fill="BFBFBF"/>
          </w:tcPr>
          <w:p w14:paraId="18CF0937" w14:textId="77777777" w:rsidR="00352BAE" w:rsidRPr="00983068" w:rsidRDefault="00352BAE" w:rsidP="00027A1A">
            <w:pPr>
              <w:rPr>
                <w:b/>
                <w:sz w:val="24"/>
              </w:rPr>
            </w:pPr>
            <w:r>
              <w:rPr>
                <w:b/>
                <w:sz w:val="24"/>
              </w:rPr>
              <w:t>Date</w:t>
            </w:r>
          </w:p>
        </w:tc>
        <w:tc>
          <w:tcPr>
            <w:tcW w:w="2510" w:type="dxa"/>
          </w:tcPr>
          <w:p w14:paraId="59A15075" w14:textId="77777777" w:rsidR="00352BAE" w:rsidRPr="00DA50A5" w:rsidRDefault="00352BAE" w:rsidP="00027A1A">
            <w:pPr>
              <w:rPr>
                <w:rFonts w:cs="Arial"/>
                <w:szCs w:val="20"/>
              </w:rPr>
            </w:pPr>
          </w:p>
        </w:tc>
      </w:tr>
    </w:tbl>
    <w:p w14:paraId="04B50FF2" w14:textId="10D2DA3E" w:rsidR="00352BAE" w:rsidRDefault="00352BAE" w:rsidP="00352BAE"/>
    <w:p w14:paraId="040B3C97" w14:textId="3E202BF2" w:rsidR="00352BAE" w:rsidRDefault="00352BAE" w:rsidP="00352BAE"/>
    <w:p w14:paraId="4753D4B0" w14:textId="4324E74E" w:rsidR="00352BAE" w:rsidRDefault="00352BAE" w:rsidP="00352BAE">
      <w:pPr>
        <w:rPr>
          <w:rFonts w:ascii="Arial" w:hAnsi="Arial" w:cs="Arial"/>
          <w:b/>
          <w:color w:val="00B0F0"/>
          <w:sz w:val="28"/>
          <w:szCs w:val="28"/>
        </w:rPr>
      </w:pPr>
      <w:bookmarkStart w:id="3" w:name="_Toc36543442"/>
      <w:r w:rsidRPr="00352BAE">
        <w:rPr>
          <w:rFonts w:ascii="Arial" w:hAnsi="Arial" w:cs="Arial"/>
          <w:b/>
          <w:color w:val="00B0F0"/>
          <w:sz w:val="28"/>
          <w:szCs w:val="28"/>
        </w:rPr>
        <w:t xml:space="preserve">Appendix </w:t>
      </w:r>
      <w:r w:rsidR="00DB5639">
        <w:rPr>
          <w:rFonts w:ascii="Arial" w:hAnsi="Arial" w:cs="Arial"/>
          <w:b/>
          <w:color w:val="00B0F0"/>
          <w:sz w:val="28"/>
          <w:szCs w:val="28"/>
        </w:rPr>
        <w:t>C</w:t>
      </w:r>
      <w:r w:rsidRPr="00352BAE">
        <w:rPr>
          <w:rFonts w:ascii="Arial" w:hAnsi="Arial" w:cs="Arial"/>
          <w:b/>
          <w:color w:val="00B0F0"/>
          <w:sz w:val="28"/>
          <w:szCs w:val="28"/>
        </w:rPr>
        <w:t xml:space="preserve">: </w:t>
      </w:r>
      <w:r w:rsidRPr="00352BAE">
        <w:rPr>
          <w:rFonts w:ascii="Arial" w:hAnsi="Arial" w:cs="Arial"/>
          <w:b/>
          <w:color w:val="00B0F0"/>
          <w:sz w:val="28"/>
          <w:szCs w:val="28"/>
          <w:lang w:val="en-GB"/>
        </w:rPr>
        <w:t xml:space="preserve">first aid </w:t>
      </w:r>
      <w:r w:rsidRPr="00352BAE">
        <w:rPr>
          <w:rFonts w:ascii="Arial" w:hAnsi="Arial" w:cs="Arial"/>
          <w:b/>
          <w:color w:val="00B0F0"/>
          <w:sz w:val="28"/>
          <w:szCs w:val="28"/>
        </w:rPr>
        <w:t>training log</w:t>
      </w:r>
      <w:bookmarkEnd w:id="3"/>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2155"/>
        <w:gridCol w:w="2781"/>
        <w:gridCol w:w="1751"/>
        <w:gridCol w:w="1799"/>
      </w:tblGrid>
      <w:tr w:rsidR="00352BAE" w:rsidRPr="00DA50A5" w14:paraId="0ABD239C" w14:textId="77777777" w:rsidTr="00027A1A">
        <w:trPr>
          <w:trHeight w:val="27"/>
        </w:trPr>
        <w:tc>
          <w:tcPr>
            <w:tcW w:w="2456" w:type="dxa"/>
            <w:shd w:val="clear" w:color="auto" w:fill="BFBFBF"/>
          </w:tcPr>
          <w:p w14:paraId="357427D4" w14:textId="77777777" w:rsidR="00352BAE" w:rsidRPr="00DA50A5" w:rsidRDefault="00352BAE" w:rsidP="00027A1A">
            <w:pPr>
              <w:rPr>
                <w:b/>
                <w:sz w:val="24"/>
              </w:rPr>
            </w:pPr>
            <w:r>
              <w:rPr>
                <w:b/>
                <w:sz w:val="24"/>
              </w:rPr>
              <w:t>Name/type of training</w:t>
            </w:r>
          </w:p>
        </w:tc>
        <w:tc>
          <w:tcPr>
            <w:tcW w:w="3356" w:type="dxa"/>
            <w:shd w:val="clear" w:color="auto" w:fill="BFBFBF"/>
          </w:tcPr>
          <w:p w14:paraId="4428B7A6" w14:textId="77777777" w:rsidR="00352BAE" w:rsidRPr="00DA50A5" w:rsidRDefault="00352BAE" w:rsidP="00027A1A">
            <w:pPr>
              <w:rPr>
                <w:b/>
                <w:sz w:val="24"/>
              </w:rPr>
            </w:pPr>
            <w:r>
              <w:rPr>
                <w:b/>
                <w:sz w:val="24"/>
              </w:rPr>
              <w:t>Staff who attended (individual staff members or groups)</w:t>
            </w:r>
          </w:p>
        </w:tc>
        <w:tc>
          <w:tcPr>
            <w:tcW w:w="1985" w:type="dxa"/>
            <w:shd w:val="clear" w:color="auto" w:fill="BFBFBF"/>
          </w:tcPr>
          <w:p w14:paraId="691A27A8" w14:textId="77777777" w:rsidR="00352BAE" w:rsidRPr="00DA50A5" w:rsidRDefault="00352BAE" w:rsidP="00027A1A">
            <w:pPr>
              <w:rPr>
                <w:b/>
                <w:sz w:val="24"/>
              </w:rPr>
            </w:pPr>
            <w:r>
              <w:rPr>
                <w:b/>
                <w:sz w:val="24"/>
              </w:rPr>
              <w:t>Date attended</w:t>
            </w:r>
          </w:p>
        </w:tc>
        <w:tc>
          <w:tcPr>
            <w:tcW w:w="1943" w:type="dxa"/>
            <w:shd w:val="clear" w:color="auto" w:fill="BFBFBF"/>
          </w:tcPr>
          <w:p w14:paraId="2B703565" w14:textId="77777777" w:rsidR="00352BAE" w:rsidRDefault="00352BAE" w:rsidP="00027A1A">
            <w:pPr>
              <w:rPr>
                <w:b/>
                <w:sz w:val="24"/>
              </w:rPr>
            </w:pPr>
            <w:r>
              <w:rPr>
                <w:b/>
                <w:sz w:val="24"/>
              </w:rPr>
              <w:t>Date for training to be updated (where applicable)</w:t>
            </w:r>
          </w:p>
        </w:tc>
      </w:tr>
      <w:tr w:rsidR="00352BAE" w:rsidRPr="00DA50A5" w14:paraId="47F76CA8" w14:textId="77777777" w:rsidTr="00027A1A">
        <w:tc>
          <w:tcPr>
            <w:tcW w:w="2456" w:type="dxa"/>
            <w:shd w:val="clear" w:color="auto" w:fill="auto"/>
            <w:vAlign w:val="center"/>
          </w:tcPr>
          <w:p w14:paraId="150BC8D4" w14:textId="77777777" w:rsidR="00352BAE" w:rsidRPr="003C1C03" w:rsidRDefault="00352BAE" w:rsidP="00027A1A">
            <w:pPr>
              <w:pStyle w:val="Text"/>
              <w:rPr>
                <w:rFonts w:cs="Arial"/>
                <w:i/>
              </w:rPr>
            </w:pPr>
            <w:r w:rsidRPr="003C1C03">
              <w:rPr>
                <w:rFonts w:cs="Arial"/>
                <w:i/>
              </w:rPr>
              <w:t>E.g. first aid</w:t>
            </w:r>
          </w:p>
        </w:tc>
        <w:tc>
          <w:tcPr>
            <w:tcW w:w="3356" w:type="dxa"/>
            <w:shd w:val="clear" w:color="auto" w:fill="auto"/>
          </w:tcPr>
          <w:p w14:paraId="0024267D" w14:textId="77777777" w:rsidR="00352BAE" w:rsidRPr="00DA50A5" w:rsidRDefault="00352BAE" w:rsidP="00027A1A">
            <w:pPr>
              <w:rPr>
                <w:rFonts w:cs="Arial"/>
                <w:szCs w:val="20"/>
              </w:rPr>
            </w:pPr>
          </w:p>
        </w:tc>
        <w:tc>
          <w:tcPr>
            <w:tcW w:w="1985" w:type="dxa"/>
          </w:tcPr>
          <w:p w14:paraId="05E5491A" w14:textId="77777777" w:rsidR="00352BAE" w:rsidRPr="00DA50A5" w:rsidRDefault="00352BAE" w:rsidP="00027A1A">
            <w:pPr>
              <w:rPr>
                <w:rFonts w:cs="Arial"/>
                <w:szCs w:val="20"/>
              </w:rPr>
            </w:pPr>
          </w:p>
        </w:tc>
        <w:tc>
          <w:tcPr>
            <w:tcW w:w="1943" w:type="dxa"/>
          </w:tcPr>
          <w:p w14:paraId="48322D0F" w14:textId="77777777" w:rsidR="00352BAE" w:rsidRPr="00DA50A5" w:rsidRDefault="00352BAE" w:rsidP="00027A1A">
            <w:pPr>
              <w:rPr>
                <w:rFonts w:cs="Arial"/>
                <w:szCs w:val="20"/>
              </w:rPr>
            </w:pPr>
          </w:p>
        </w:tc>
      </w:tr>
      <w:tr w:rsidR="00352BAE" w:rsidRPr="00DA50A5" w14:paraId="3B4F1D1A" w14:textId="77777777" w:rsidTr="00027A1A">
        <w:tc>
          <w:tcPr>
            <w:tcW w:w="2456" w:type="dxa"/>
            <w:shd w:val="clear" w:color="auto" w:fill="auto"/>
            <w:vAlign w:val="center"/>
          </w:tcPr>
          <w:p w14:paraId="7A10324F" w14:textId="77777777" w:rsidR="00352BAE" w:rsidRPr="003C1C03" w:rsidRDefault="00352BAE" w:rsidP="00027A1A">
            <w:pPr>
              <w:pStyle w:val="Text"/>
              <w:rPr>
                <w:rFonts w:cs="Arial"/>
                <w:i/>
              </w:rPr>
            </w:pPr>
            <w:r w:rsidRPr="003C1C03">
              <w:rPr>
                <w:rFonts w:cs="Arial"/>
                <w:i/>
              </w:rPr>
              <w:t xml:space="preserve">E.g. </w:t>
            </w:r>
            <w:proofErr w:type="spellStart"/>
            <w:r w:rsidRPr="003C1C03">
              <w:rPr>
                <w:rFonts w:cs="Arial"/>
                <w:i/>
              </w:rPr>
              <w:t>p</w:t>
            </w:r>
            <w:r>
              <w:rPr>
                <w:rFonts w:cs="Arial"/>
                <w:i/>
              </w:rPr>
              <w:t>a</w:t>
            </w:r>
            <w:r w:rsidRPr="003C1C03">
              <w:rPr>
                <w:rFonts w:cs="Arial"/>
                <w:i/>
              </w:rPr>
              <w:t>ediatric</w:t>
            </w:r>
            <w:proofErr w:type="spellEnd"/>
            <w:r w:rsidRPr="003C1C03">
              <w:rPr>
                <w:rFonts w:cs="Arial"/>
                <w:i/>
              </w:rPr>
              <w:t xml:space="preserve"> first aid</w:t>
            </w:r>
          </w:p>
        </w:tc>
        <w:tc>
          <w:tcPr>
            <w:tcW w:w="3356" w:type="dxa"/>
            <w:shd w:val="clear" w:color="auto" w:fill="auto"/>
          </w:tcPr>
          <w:p w14:paraId="5A66F343" w14:textId="77777777" w:rsidR="00352BAE" w:rsidRPr="00DA50A5" w:rsidRDefault="00352BAE" w:rsidP="00027A1A">
            <w:pPr>
              <w:rPr>
                <w:rFonts w:cs="Arial"/>
                <w:szCs w:val="20"/>
              </w:rPr>
            </w:pPr>
          </w:p>
        </w:tc>
        <w:tc>
          <w:tcPr>
            <w:tcW w:w="1985" w:type="dxa"/>
          </w:tcPr>
          <w:p w14:paraId="3A8F4734" w14:textId="77777777" w:rsidR="00352BAE" w:rsidRPr="00DA50A5" w:rsidRDefault="00352BAE" w:rsidP="00027A1A">
            <w:pPr>
              <w:rPr>
                <w:rFonts w:cs="Arial"/>
                <w:szCs w:val="20"/>
              </w:rPr>
            </w:pPr>
          </w:p>
        </w:tc>
        <w:tc>
          <w:tcPr>
            <w:tcW w:w="1943" w:type="dxa"/>
          </w:tcPr>
          <w:p w14:paraId="25AB6504" w14:textId="77777777" w:rsidR="00352BAE" w:rsidRPr="00DA50A5" w:rsidRDefault="00352BAE" w:rsidP="00027A1A">
            <w:pPr>
              <w:rPr>
                <w:rFonts w:cs="Arial"/>
                <w:szCs w:val="20"/>
              </w:rPr>
            </w:pPr>
          </w:p>
        </w:tc>
      </w:tr>
      <w:tr w:rsidR="00352BAE" w:rsidRPr="00DA50A5" w14:paraId="73E88B6B" w14:textId="77777777" w:rsidTr="00027A1A">
        <w:tc>
          <w:tcPr>
            <w:tcW w:w="2456" w:type="dxa"/>
            <w:shd w:val="clear" w:color="auto" w:fill="auto"/>
            <w:vAlign w:val="center"/>
          </w:tcPr>
          <w:p w14:paraId="651C2F55" w14:textId="77777777" w:rsidR="00352BAE" w:rsidRPr="003C1C03" w:rsidRDefault="00352BAE" w:rsidP="00027A1A">
            <w:pPr>
              <w:pStyle w:val="Text"/>
              <w:rPr>
                <w:rFonts w:cs="Arial"/>
                <w:i/>
              </w:rPr>
            </w:pPr>
            <w:r w:rsidRPr="003C1C03">
              <w:rPr>
                <w:rFonts w:cs="Arial"/>
                <w:i/>
              </w:rPr>
              <w:t xml:space="preserve">E.g. anaphylaxis </w:t>
            </w:r>
          </w:p>
        </w:tc>
        <w:tc>
          <w:tcPr>
            <w:tcW w:w="3356" w:type="dxa"/>
            <w:shd w:val="clear" w:color="auto" w:fill="auto"/>
          </w:tcPr>
          <w:p w14:paraId="0550B543" w14:textId="77777777" w:rsidR="00352BAE" w:rsidRPr="00DA50A5" w:rsidRDefault="00352BAE" w:rsidP="00027A1A">
            <w:pPr>
              <w:rPr>
                <w:rFonts w:cs="Arial"/>
                <w:szCs w:val="20"/>
              </w:rPr>
            </w:pPr>
          </w:p>
        </w:tc>
        <w:tc>
          <w:tcPr>
            <w:tcW w:w="1985" w:type="dxa"/>
          </w:tcPr>
          <w:p w14:paraId="0446759A" w14:textId="77777777" w:rsidR="00352BAE" w:rsidRPr="00DA50A5" w:rsidRDefault="00352BAE" w:rsidP="00027A1A">
            <w:pPr>
              <w:rPr>
                <w:rFonts w:cs="Arial"/>
                <w:szCs w:val="20"/>
              </w:rPr>
            </w:pPr>
          </w:p>
        </w:tc>
        <w:tc>
          <w:tcPr>
            <w:tcW w:w="1943" w:type="dxa"/>
          </w:tcPr>
          <w:p w14:paraId="1E1A5982" w14:textId="77777777" w:rsidR="00352BAE" w:rsidRPr="00DA50A5" w:rsidRDefault="00352BAE" w:rsidP="00027A1A">
            <w:pPr>
              <w:rPr>
                <w:rFonts w:cs="Arial"/>
                <w:szCs w:val="20"/>
              </w:rPr>
            </w:pPr>
          </w:p>
        </w:tc>
      </w:tr>
      <w:tr w:rsidR="00352BAE" w:rsidRPr="00DA50A5" w14:paraId="491F4E36" w14:textId="77777777" w:rsidTr="00027A1A">
        <w:tc>
          <w:tcPr>
            <w:tcW w:w="2456" w:type="dxa"/>
            <w:shd w:val="clear" w:color="auto" w:fill="auto"/>
          </w:tcPr>
          <w:p w14:paraId="3B3974BE" w14:textId="77777777" w:rsidR="00352BAE" w:rsidRPr="00DA50A5" w:rsidRDefault="00352BAE" w:rsidP="00027A1A">
            <w:pPr>
              <w:rPr>
                <w:rFonts w:cs="Arial"/>
                <w:szCs w:val="20"/>
              </w:rPr>
            </w:pPr>
          </w:p>
        </w:tc>
        <w:tc>
          <w:tcPr>
            <w:tcW w:w="3356" w:type="dxa"/>
            <w:shd w:val="clear" w:color="auto" w:fill="auto"/>
          </w:tcPr>
          <w:p w14:paraId="26407404" w14:textId="77777777" w:rsidR="00352BAE" w:rsidRPr="00DA50A5" w:rsidRDefault="00352BAE" w:rsidP="00027A1A">
            <w:pPr>
              <w:rPr>
                <w:rFonts w:cs="Arial"/>
                <w:szCs w:val="20"/>
              </w:rPr>
            </w:pPr>
          </w:p>
        </w:tc>
        <w:tc>
          <w:tcPr>
            <w:tcW w:w="1985" w:type="dxa"/>
          </w:tcPr>
          <w:p w14:paraId="11AF92E0" w14:textId="77777777" w:rsidR="00352BAE" w:rsidRPr="00DA50A5" w:rsidRDefault="00352BAE" w:rsidP="00027A1A">
            <w:pPr>
              <w:rPr>
                <w:rFonts w:cs="Arial"/>
                <w:szCs w:val="20"/>
              </w:rPr>
            </w:pPr>
          </w:p>
        </w:tc>
        <w:tc>
          <w:tcPr>
            <w:tcW w:w="1943" w:type="dxa"/>
          </w:tcPr>
          <w:p w14:paraId="17A2518D" w14:textId="77777777" w:rsidR="00352BAE" w:rsidRPr="00DA50A5" w:rsidRDefault="00352BAE" w:rsidP="00027A1A">
            <w:pPr>
              <w:rPr>
                <w:rFonts w:cs="Arial"/>
                <w:szCs w:val="20"/>
              </w:rPr>
            </w:pPr>
          </w:p>
        </w:tc>
      </w:tr>
      <w:tr w:rsidR="00352BAE" w:rsidRPr="00DA50A5" w14:paraId="58EAE118" w14:textId="77777777" w:rsidTr="00027A1A">
        <w:tc>
          <w:tcPr>
            <w:tcW w:w="2456" w:type="dxa"/>
            <w:shd w:val="clear" w:color="auto" w:fill="auto"/>
          </w:tcPr>
          <w:p w14:paraId="51084C1A" w14:textId="77777777" w:rsidR="00352BAE" w:rsidRPr="00DA50A5" w:rsidRDefault="00352BAE" w:rsidP="00027A1A">
            <w:pPr>
              <w:rPr>
                <w:rFonts w:cs="Arial"/>
                <w:szCs w:val="20"/>
              </w:rPr>
            </w:pPr>
          </w:p>
        </w:tc>
        <w:tc>
          <w:tcPr>
            <w:tcW w:w="3356" w:type="dxa"/>
            <w:shd w:val="clear" w:color="auto" w:fill="auto"/>
          </w:tcPr>
          <w:p w14:paraId="465C5D28" w14:textId="77777777" w:rsidR="00352BAE" w:rsidRPr="00DA50A5" w:rsidRDefault="00352BAE" w:rsidP="00027A1A">
            <w:pPr>
              <w:rPr>
                <w:rFonts w:cs="Arial"/>
                <w:szCs w:val="20"/>
              </w:rPr>
            </w:pPr>
          </w:p>
        </w:tc>
        <w:tc>
          <w:tcPr>
            <w:tcW w:w="1985" w:type="dxa"/>
          </w:tcPr>
          <w:p w14:paraId="606EADF5" w14:textId="77777777" w:rsidR="00352BAE" w:rsidRPr="00DA50A5" w:rsidRDefault="00352BAE" w:rsidP="00027A1A">
            <w:pPr>
              <w:rPr>
                <w:rFonts w:cs="Arial"/>
                <w:szCs w:val="20"/>
              </w:rPr>
            </w:pPr>
          </w:p>
        </w:tc>
        <w:tc>
          <w:tcPr>
            <w:tcW w:w="1943" w:type="dxa"/>
          </w:tcPr>
          <w:p w14:paraId="11147576" w14:textId="77777777" w:rsidR="00352BAE" w:rsidRPr="00DA50A5" w:rsidRDefault="00352BAE" w:rsidP="00027A1A">
            <w:pPr>
              <w:rPr>
                <w:rFonts w:cs="Arial"/>
                <w:szCs w:val="20"/>
              </w:rPr>
            </w:pPr>
          </w:p>
        </w:tc>
      </w:tr>
      <w:tr w:rsidR="00352BAE" w:rsidRPr="00DA50A5" w14:paraId="0F9EF606" w14:textId="77777777" w:rsidTr="00027A1A">
        <w:tc>
          <w:tcPr>
            <w:tcW w:w="2456" w:type="dxa"/>
            <w:shd w:val="clear" w:color="auto" w:fill="auto"/>
          </w:tcPr>
          <w:p w14:paraId="45CA3C85" w14:textId="77777777" w:rsidR="00352BAE" w:rsidRPr="00DA50A5" w:rsidRDefault="00352BAE" w:rsidP="00027A1A">
            <w:pPr>
              <w:rPr>
                <w:rFonts w:cs="Arial"/>
                <w:szCs w:val="20"/>
              </w:rPr>
            </w:pPr>
          </w:p>
        </w:tc>
        <w:tc>
          <w:tcPr>
            <w:tcW w:w="3356" w:type="dxa"/>
            <w:shd w:val="clear" w:color="auto" w:fill="auto"/>
          </w:tcPr>
          <w:p w14:paraId="7A809C3F" w14:textId="77777777" w:rsidR="00352BAE" w:rsidRPr="00DA50A5" w:rsidRDefault="00352BAE" w:rsidP="00027A1A">
            <w:pPr>
              <w:rPr>
                <w:rFonts w:cs="Arial"/>
                <w:szCs w:val="20"/>
              </w:rPr>
            </w:pPr>
          </w:p>
        </w:tc>
        <w:tc>
          <w:tcPr>
            <w:tcW w:w="1985" w:type="dxa"/>
          </w:tcPr>
          <w:p w14:paraId="32F7063D" w14:textId="77777777" w:rsidR="00352BAE" w:rsidRPr="00DA50A5" w:rsidRDefault="00352BAE" w:rsidP="00027A1A">
            <w:pPr>
              <w:rPr>
                <w:rFonts w:cs="Arial"/>
                <w:szCs w:val="20"/>
              </w:rPr>
            </w:pPr>
          </w:p>
        </w:tc>
        <w:tc>
          <w:tcPr>
            <w:tcW w:w="1943" w:type="dxa"/>
          </w:tcPr>
          <w:p w14:paraId="49B7149F" w14:textId="77777777" w:rsidR="00352BAE" w:rsidRPr="00DA50A5" w:rsidRDefault="00352BAE" w:rsidP="00027A1A">
            <w:pPr>
              <w:rPr>
                <w:rFonts w:cs="Arial"/>
                <w:szCs w:val="20"/>
              </w:rPr>
            </w:pPr>
          </w:p>
        </w:tc>
      </w:tr>
    </w:tbl>
    <w:p w14:paraId="3611A01E" w14:textId="7EA9D5DA" w:rsidR="00352BAE" w:rsidRDefault="00352BAE" w:rsidP="00352BAE">
      <w:pPr>
        <w:rPr>
          <w:rFonts w:ascii="Arial" w:hAnsi="Arial" w:cs="Arial"/>
          <w:b/>
          <w:color w:val="00B0F0"/>
          <w:sz w:val="28"/>
          <w:szCs w:val="28"/>
        </w:rPr>
      </w:pPr>
    </w:p>
    <w:p w14:paraId="547DFDC9" w14:textId="007DEFF3" w:rsidR="00DB5639" w:rsidRDefault="00DB5639" w:rsidP="00352BAE">
      <w:pPr>
        <w:rPr>
          <w:rFonts w:ascii="Arial" w:hAnsi="Arial" w:cs="Arial"/>
          <w:b/>
          <w:color w:val="00B0F0"/>
          <w:sz w:val="28"/>
          <w:szCs w:val="28"/>
        </w:rPr>
      </w:pPr>
    </w:p>
    <w:p w14:paraId="7A6AEE47" w14:textId="7344120D" w:rsidR="00DB5639" w:rsidRDefault="00DB5639" w:rsidP="00352BAE">
      <w:pPr>
        <w:rPr>
          <w:rFonts w:ascii="Arial" w:hAnsi="Arial" w:cs="Arial"/>
          <w:b/>
          <w:color w:val="00B0F0"/>
          <w:sz w:val="28"/>
          <w:szCs w:val="28"/>
        </w:rPr>
      </w:pPr>
    </w:p>
    <w:p w14:paraId="157576A2" w14:textId="5654ECB5" w:rsidR="00DB5639" w:rsidRDefault="00DB5639" w:rsidP="00352BAE">
      <w:pPr>
        <w:rPr>
          <w:rFonts w:ascii="Arial" w:hAnsi="Arial" w:cs="Arial"/>
          <w:b/>
          <w:color w:val="00B0F0"/>
          <w:sz w:val="28"/>
          <w:szCs w:val="28"/>
        </w:rPr>
      </w:pPr>
    </w:p>
    <w:p w14:paraId="1309BD04" w14:textId="77A4ED16" w:rsidR="00DB5639" w:rsidRDefault="00DB5639" w:rsidP="00352BAE">
      <w:pPr>
        <w:rPr>
          <w:rFonts w:ascii="Arial" w:hAnsi="Arial" w:cs="Arial"/>
          <w:b/>
          <w:color w:val="00B0F0"/>
          <w:sz w:val="28"/>
          <w:szCs w:val="28"/>
        </w:rPr>
      </w:pPr>
    </w:p>
    <w:p w14:paraId="0D284C66" w14:textId="5E078BA4" w:rsidR="00DB5639" w:rsidRDefault="00DB5639" w:rsidP="00352BAE">
      <w:pPr>
        <w:rPr>
          <w:rFonts w:ascii="Arial" w:hAnsi="Arial" w:cs="Arial"/>
          <w:b/>
          <w:color w:val="00B0F0"/>
          <w:sz w:val="28"/>
          <w:szCs w:val="28"/>
        </w:rPr>
      </w:pPr>
    </w:p>
    <w:p w14:paraId="62850152" w14:textId="23909277" w:rsidR="00DB5639" w:rsidRDefault="00DB5639" w:rsidP="00352BAE">
      <w:pPr>
        <w:rPr>
          <w:rFonts w:ascii="Arial" w:hAnsi="Arial" w:cs="Arial"/>
          <w:b/>
          <w:color w:val="00B0F0"/>
          <w:sz w:val="28"/>
          <w:szCs w:val="28"/>
        </w:rPr>
      </w:pPr>
    </w:p>
    <w:p w14:paraId="7C4F9361" w14:textId="13D5DA44" w:rsidR="00DB5639" w:rsidRDefault="00DB5639" w:rsidP="00352BAE">
      <w:pPr>
        <w:rPr>
          <w:rFonts w:ascii="Arial" w:hAnsi="Arial" w:cs="Arial"/>
          <w:b/>
          <w:color w:val="00B0F0"/>
          <w:sz w:val="28"/>
          <w:szCs w:val="28"/>
        </w:rPr>
      </w:pPr>
    </w:p>
    <w:p w14:paraId="0E231715" w14:textId="733932D4" w:rsidR="00DB5639" w:rsidRDefault="00DB5639" w:rsidP="00352BAE">
      <w:pPr>
        <w:rPr>
          <w:rFonts w:ascii="Arial" w:hAnsi="Arial" w:cs="Arial"/>
          <w:b/>
          <w:color w:val="00B0F0"/>
          <w:sz w:val="28"/>
          <w:szCs w:val="28"/>
        </w:rPr>
      </w:pPr>
    </w:p>
    <w:p w14:paraId="745FE3AD" w14:textId="1DAE5D02" w:rsidR="00DB5639" w:rsidRDefault="00DB5639" w:rsidP="00352BAE">
      <w:pPr>
        <w:rPr>
          <w:rFonts w:ascii="Arial" w:hAnsi="Arial" w:cs="Arial"/>
          <w:b/>
          <w:color w:val="00B0F0"/>
          <w:sz w:val="28"/>
          <w:szCs w:val="28"/>
        </w:rPr>
      </w:pPr>
    </w:p>
    <w:p w14:paraId="7DFCE73A" w14:textId="67A1E9A5" w:rsidR="00DB5639" w:rsidRPr="00DB5639" w:rsidRDefault="00DB5639" w:rsidP="00DB5639">
      <w:pPr>
        <w:rPr>
          <w:rFonts w:ascii="Arial" w:hAnsi="Arial" w:cs="Arial"/>
          <w:b/>
          <w:color w:val="00B0F0"/>
          <w:sz w:val="28"/>
          <w:szCs w:val="28"/>
        </w:rPr>
      </w:pPr>
      <w:r w:rsidRPr="00DB5639">
        <w:rPr>
          <w:rFonts w:ascii="Arial" w:hAnsi="Arial" w:cs="Arial"/>
          <w:b/>
          <w:color w:val="00B0F0"/>
          <w:sz w:val="28"/>
          <w:szCs w:val="28"/>
        </w:rPr>
        <w:t>Appendix D</w:t>
      </w:r>
    </w:p>
    <w:p w14:paraId="4C79B23B" w14:textId="74AF23CA" w:rsidR="00DB5639" w:rsidRDefault="00DB5639" w:rsidP="00DB5639">
      <w:pPr>
        <w:rPr>
          <w:b/>
          <w:sz w:val="36"/>
        </w:rPr>
      </w:pPr>
      <w:r w:rsidRPr="00DB5639">
        <w:rPr>
          <w:rFonts w:ascii="Arial" w:hAnsi="Arial" w:cs="Arial"/>
          <w:b/>
          <w:color w:val="00B0F0"/>
          <w:sz w:val="28"/>
          <w:szCs w:val="28"/>
        </w:rPr>
        <w:t>Annual First Aid Needs Assessment Form</w:t>
      </w:r>
    </w:p>
    <w:p w14:paraId="73B74EAF" w14:textId="2A463412" w:rsidR="00DB5639" w:rsidRPr="006E61D5" w:rsidRDefault="00DB5639" w:rsidP="00DB5639">
      <w:pPr>
        <w:spacing w:after="0" w:line="300" w:lineRule="atLeast"/>
        <w:rPr>
          <w:rFonts w:ascii="Segoe UI" w:eastAsia="Times New Roman" w:hAnsi="Segoe UI" w:cs="Segoe UI"/>
          <w:sz w:val="21"/>
          <w:szCs w:val="21"/>
          <w:lang w:val="en-GB" w:eastAsia="en-GB"/>
        </w:rPr>
      </w:pPr>
      <w:r w:rsidRPr="006E61D5">
        <w:rPr>
          <w:rFonts w:ascii="Segoe UI" w:eastAsia="Times New Roman" w:hAnsi="Symbol" w:cs="Segoe UI"/>
          <w:sz w:val="21"/>
          <w:szCs w:val="21"/>
          <w:lang w:val="en-GB" w:eastAsia="en-GB"/>
        </w:rPr>
        <w:t></w:t>
      </w:r>
      <w:r w:rsidRPr="006E61D5">
        <w:rPr>
          <w:rFonts w:ascii="Segoe UI" w:eastAsia="Times New Roman" w:hAnsi="Segoe UI" w:cs="Segoe UI"/>
          <w:sz w:val="21"/>
          <w:szCs w:val="21"/>
          <w:lang w:val="en-GB" w:eastAsia="en-GB"/>
        </w:rPr>
        <w:t xml:space="preserve"> Complete </w:t>
      </w:r>
      <w:r w:rsidRPr="006E61D5">
        <w:rPr>
          <w:rFonts w:ascii="Segoe UI" w:eastAsia="Times New Roman" w:hAnsi="Segoe UI" w:cs="Segoe UI"/>
          <w:b/>
          <w:bCs/>
          <w:sz w:val="21"/>
          <w:szCs w:val="21"/>
          <w:lang w:val="en-GB" w:eastAsia="en-GB"/>
        </w:rPr>
        <w:t>annually (minimum)</w:t>
      </w:r>
      <w:r w:rsidRPr="006E61D5">
        <w:rPr>
          <w:rFonts w:ascii="Segoe UI" w:eastAsia="Times New Roman" w:hAnsi="Segoe UI" w:cs="Segoe UI"/>
          <w:sz w:val="21"/>
          <w:szCs w:val="21"/>
          <w:lang w:val="en-GB" w:eastAsia="en-GB"/>
        </w:rPr>
        <w:t xml:space="preserve"> </w:t>
      </w:r>
    </w:p>
    <w:p w14:paraId="5A5273D4" w14:textId="78F1BFBF" w:rsidR="00DB5639" w:rsidRPr="006E61D5" w:rsidRDefault="00DB5639" w:rsidP="00DB5639">
      <w:pPr>
        <w:spacing w:after="0" w:line="300" w:lineRule="atLeast"/>
        <w:rPr>
          <w:rFonts w:ascii="Segoe UI" w:eastAsia="Times New Roman" w:hAnsi="Segoe UI" w:cs="Segoe UI"/>
          <w:sz w:val="21"/>
          <w:szCs w:val="21"/>
          <w:lang w:val="en-GB" w:eastAsia="en-GB"/>
        </w:rPr>
      </w:pPr>
      <w:r w:rsidRPr="006E61D5">
        <w:rPr>
          <w:rFonts w:ascii="Segoe UI" w:eastAsia="Times New Roman" w:hAnsi="Symbol" w:cs="Segoe UI"/>
          <w:sz w:val="21"/>
          <w:szCs w:val="21"/>
          <w:lang w:val="en-GB" w:eastAsia="en-GB"/>
        </w:rPr>
        <w:t></w:t>
      </w:r>
      <w:r w:rsidRPr="006E61D5">
        <w:rPr>
          <w:rFonts w:ascii="Segoe UI" w:eastAsia="Times New Roman" w:hAnsi="Segoe UI" w:cs="Segoe UI"/>
          <w:sz w:val="21"/>
          <w:szCs w:val="21"/>
          <w:lang w:val="en-GB" w:eastAsia="en-GB"/>
        </w:rPr>
        <w:t xml:space="preserve"> Update following significant changes (e.g. new pupils with medical needs) </w:t>
      </w:r>
    </w:p>
    <w:p w14:paraId="2832675B" w14:textId="4AF27C01" w:rsidR="00DB5639" w:rsidRPr="006E61D5" w:rsidRDefault="00DB5639" w:rsidP="00DB5639">
      <w:pPr>
        <w:spacing w:after="0" w:line="300" w:lineRule="atLeast"/>
        <w:rPr>
          <w:rFonts w:ascii="Segoe UI" w:eastAsia="Times New Roman" w:hAnsi="Segoe UI" w:cs="Segoe UI"/>
          <w:sz w:val="21"/>
          <w:szCs w:val="21"/>
          <w:lang w:val="en-GB" w:eastAsia="en-GB"/>
        </w:rPr>
      </w:pPr>
      <w:r w:rsidRPr="006E61D5">
        <w:rPr>
          <w:rFonts w:ascii="Segoe UI" w:eastAsia="Times New Roman" w:hAnsi="Symbol" w:cs="Segoe UI"/>
          <w:sz w:val="21"/>
          <w:szCs w:val="21"/>
          <w:lang w:val="en-GB" w:eastAsia="en-GB"/>
        </w:rPr>
        <w:t></w:t>
      </w:r>
      <w:r w:rsidRPr="006E61D5">
        <w:rPr>
          <w:rFonts w:ascii="Segoe UI" w:eastAsia="Times New Roman" w:hAnsi="Segoe UI" w:cs="Segoe UI"/>
          <w:sz w:val="21"/>
          <w:szCs w:val="21"/>
          <w:lang w:val="en-GB" w:eastAsia="en-GB"/>
        </w:rPr>
        <w:t xml:space="preserve"> Submit summary findings to the Trust </w:t>
      </w:r>
    </w:p>
    <w:p w14:paraId="30B3D1A5" w14:textId="336CDAA1" w:rsidR="00DB5639" w:rsidRPr="006E61D5" w:rsidRDefault="00DB5639" w:rsidP="00DB5639">
      <w:pPr>
        <w:spacing w:after="0" w:line="300" w:lineRule="atLeast"/>
        <w:rPr>
          <w:rFonts w:ascii="Segoe UI" w:eastAsia="Times New Roman" w:hAnsi="Segoe UI" w:cs="Segoe UI"/>
          <w:sz w:val="21"/>
          <w:szCs w:val="21"/>
          <w:lang w:val="en-GB" w:eastAsia="en-GB"/>
        </w:rPr>
      </w:pPr>
      <w:r w:rsidRPr="006E61D5">
        <w:rPr>
          <w:rFonts w:ascii="Segoe UI" w:eastAsia="Times New Roman" w:hAnsi="Symbol" w:cs="Segoe UI"/>
          <w:sz w:val="21"/>
          <w:szCs w:val="21"/>
          <w:lang w:val="en-GB" w:eastAsia="en-GB"/>
        </w:rPr>
        <w:t></w:t>
      </w:r>
      <w:r w:rsidRPr="006E61D5">
        <w:rPr>
          <w:rFonts w:ascii="Segoe UI" w:eastAsia="Times New Roman" w:hAnsi="Segoe UI" w:cs="Segoe UI"/>
          <w:sz w:val="21"/>
          <w:szCs w:val="21"/>
          <w:lang w:val="en-GB" w:eastAsia="en-GB"/>
        </w:rPr>
        <w:t xml:space="preserve"> Use outcomes to: </w:t>
      </w:r>
    </w:p>
    <w:p w14:paraId="7D7E7AA2" w14:textId="77777777" w:rsidR="00DB5639" w:rsidRPr="006E61D5" w:rsidRDefault="00DB5639" w:rsidP="00DB5639">
      <w:pPr>
        <w:numPr>
          <w:ilvl w:val="0"/>
          <w:numId w:val="41"/>
        </w:numPr>
        <w:spacing w:before="100" w:beforeAutospacing="1" w:after="100" w:afterAutospacing="1" w:line="300" w:lineRule="atLeast"/>
        <w:rPr>
          <w:rFonts w:ascii="Segoe UI" w:eastAsia="Times New Roman" w:hAnsi="Segoe UI" w:cs="Segoe UI"/>
          <w:sz w:val="21"/>
          <w:szCs w:val="21"/>
          <w:lang w:val="en-GB" w:eastAsia="en-GB"/>
        </w:rPr>
      </w:pPr>
      <w:r w:rsidRPr="006E61D5">
        <w:rPr>
          <w:rFonts w:ascii="Segoe UI" w:eastAsia="Times New Roman" w:hAnsi="Segoe UI" w:cs="Segoe UI"/>
          <w:sz w:val="21"/>
          <w:szCs w:val="21"/>
          <w:lang w:val="en-GB" w:eastAsia="en-GB"/>
        </w:rPr>
        <w:t>Adjust first aider numbers</w:t>
      </w:r>
    </w:p>
    <w:p w14:paraId="783394EE" w14:textId="77777777" w:rsidR="00DB5639" w:rsidRPr="006E61D5" w:rsidRDefault="00DB5639" w:rsidP="00DB5639">
      <w:pPr>
        <w:numPr>
          <w:ilvl w:val="0"/>
          <w:numId w:val="41"/>
        </w:numPr>
        <w:spacing w:before="100" w:beforeAutospacing="1" w:after="100" w:afterAutospacing="1" w:line="300" w:lineRule="atLeast"/>
        <w:rPr>
          <w:rFonts w:ascii="Segoe UI" w:eastAsia="Times New Roman" w:hAnsi="Segoe UI" w:cs="Segoe UI"/>
          <w:sz w:val="21"/>
          <w:szCs w:val="21"/>
          <w:lang w:val="en-GB" w:eastAsia="en-GB"/>
        </w:rPr>
      </w:pPr>
      <w:r w:rsidRPr="006E61D5">
        <w:rPr>
          <w:rFonts w:ascii="Segoe UI" w:eastAsia="Times New Roman" w:hAnsi="Segoe UI" w:cs="Segoe UI"/>
          <w:sz w:val="21"/>
          <w:szCs w:val="21"/>
          <w:lang w:val="en-GB" w:eastAsia="en-GB"/>
        </w:rPr>
        <w:t>Plan training</w:t>
      </w:r>
    </w:p>
    <w:p w14:paraId="6DE566DE" w14:textId="5CB9C971" w:rsidR="00DB5639" w:rsidRPr="006E61D5" w:rsidRDefault="00DB5639" w:rsidP="00DB5639">
      <w:pPr>
        <w:numPr>
          <w:ilvl w:val="0"/>
          <w:numId w:val="41"/>
        </w:numPr>
        <w:spacing w:before="100" w:beforeAutospacing="1" w:after="100" w:afterAutospacing="1" w:line="300" w:lineRule="atLeast"/>
        <w:rPr>
          <w:rFonts w:ascii="Segoe UI" w:eastAsia="Times New Roman" w:hAnsi="Segoe UI" w:cs="Segoe UI"/>
          <w:sz w:val="21"/>
          <w:szCs w:val="21"/>
          <w:lang w:val="en-GB" w:eastAsia="en-GB"/>
        </w:rPr>
      </w:pPr>
      <w:r w:rsidRPr="006E61D5">
        <w:rPr>
          <w:rFonts w:ascii="Segoe UI" w:eastAsia="Times New Roman" w:hAnsi="Segoe UI" w:cs="Segoe UI"/>
          <w:sz w:val="21"/>
          <w:szCs w:val="21"/>
          <w:lang w:val="en-GB" w:eastAsia="en-GB"/>
        </w:rPr>
        <w:t>Improve equipment provision</w:t>
      </w:r>
    </w:p>
    <w:p w14:paraId="7F83E997" w14:textId="31DFFC52" w:rsidR="00DB5639" w:rsidRDefault="00DB5639" w:rsidP="00DB5639">
      <w:pPr>
        <w:pStyle w:val="Heading1"/>
        <w:rPr>
          <w:color w:val="00B0F0"/>
        </w:rPr>
      </w:pPr>
      <w:r w:rsidRPr="00DB5639">
        <w:rPr>
          <w:color w:val="00B0F0"/>
        </w:rPr>
        <w:t>School Details</w:t>
      </w:r>
    </w:p>
    <w:p w14:paraId="78DF9CD1" w14:textId="77777777" w:rsidR="00DB5639" w:rsidRPr="00DB5639" w:rsidRDefault="00DB5639" w:rsidP="00DB5639"/>
    <w:tbl>
      <w:tblPr>
        <w:tblStyle w:val="TableGrid"/>
        <w:tblW w:w="0" w:type="auto"/>
        <w:tblLook w:val="04A0" w:firstRow="1" w:lastRow="0" w:firstColumn="1" w:lastColumn="0" w:noHBand="0" w:noVBand="1"/>
      </w:tblPr>
      <w:tblGrid>
        <w:gridCol w:w="2763"/>
        <w:gridCol w:w="5867"/>
      </w:tblGrid>
      <w:tr w:rsidR="00DB5639" w14:paraId="267C0609" w14:textId="77777777" w:rsidTr="00DB5639">
        <w:tc>
          <w:tcPr>
            <w:tcW w:w="2802" w:type="dxa"/>
            <w:shd w:val="clear" w:color="auto" w:fill="D9D9D9" w:themeFill="background1" w:themeFillShade="D9"/>
          </w:tcPr>
          <w:p w14:paraId="4C4BFF71" w14:textId="1F46C744" w:rsidR="00DB5639" w:rsidRPr="00DB5639" w:rsidRDefault="00DB5639" w:rsidP="00DB5639">
            <w:pPr>
              <w:rPr>
                <w:b/>
              </w:rPr>
            </w:pPr>
            <w:r w:rsidRPr="00DB5639">
              <w:rPr>
                <w:b/>
              </w:rPr>
              <w:t xml:space="preserve">School name: </w:t>
            </w:r>
          </w:p>
        </w:tc>
        <w:tc>
          <w:tcPr>
            <w:tcW w:w="6054" w:type="dxa"/>
          </w:tcPr>
          <w:p w14:paraId="1A937855" w14:textId="77777777" w:rsidR="00DB5639" w:rsidRDefault="00DB5639" w:rsidP="00DB5639"/>
        </w:tc>
      </w:tr>
      <w:tr w:rsidR="00DB5639" w14:paraId="3DE3C73E" w14:textId="77777777" w:rsidTr="00DB5639">
        <w:tc>
          <w:tcPr>
            <w:tcW w:w="2802" w:type="dxa"/>
            <w:shd w:val="clear" w:color="auto" w:fill="D9D9D9" w:themeFill="background1" w:themeFillShade="D9"/>
          </w:tcPr>
          <w:p w14:paraId="7F0040BC" w14:textId="49CB81FE" w:rsidR="00DB5639" w:rsidRPr="00DB5639" w:rsidRDefault="00DB5639" w:rsidP="00DB5639">
            <w:pPr>
              <w:rPr>
                <w:b/>
              </w:rPr>
            </w:pPr>
            <w:r w:rsidRPr="00DB5639">
              <w:rPr>
                <w:b/>
              </w:rPr>
              <w:t xml:space="preserve">Headteacher: </w:t>
            </w:r>
          </w:p>
        </w:tc>
        <w:tc>
          <w:tcPr>
            <w:tcW w:w="6054" w:type="dxa"/>
          </w:tcPr>
          <w:p w14:paraId="47C078B6" w14:textId="77777777" w:rsidR="00DB5639" w:rsidRDefault="00DB5639" w:rsidP="00DB5639"/>
        </w:tc>
      </w:tr>
      <w:tr w:rsidR="00DB5639" w14:paraId="2F1624C0" w14:textId="77777777" w:rsidTr="00DB5639">
        <w:tc>
          <w:tcPr>
            <w:tcW w:w="2802" w:type="dxa"/>
            <w:shd w:val="clear" w:color="auto" w:fill="D9D9D9" w:themeFill="background1" w:themeFillShade="D9"/>
          </w:tcPr>
          <w:p w14:paraId="665F694B" w14:textId="02170FF3" w:rsidR="00DB5639" w:rsidRPr="00DB5639" w:rsidRDefault="00DB5639" w:rsidP="00DB5639">
            <w:pPr>
              <w:rPr>
                <w:b/>
              </w:rPr>
            </w:pPr>
            <w:r w:rsidRPr="00DB5639">
              <w:rPr>
                <w:b/>
              </w:rPr>
              <w:t xml:space="preserve">Completed by: </w:t>
            </w:r>
          </w:p>
        </w:tc>
        <w:tc>
          <w:tcPr>
            <w:tcW w:w="6054" w:type="dxa"/>
          </w:tcPr>
          <w:p w14:paraId="75573EEE" w14:textId="77777777" w:rsidR="00DB5639" w:rsidRDefault="00DB5639" w:rsidP="00DB5639"/>
        </w:tc>
      </w:tr>
      <w:tr w:rsidR="00DB5639" w14:paraId="1F592ED5" w14:textId="77777777" w:rsidTr="00DB5639">
        <w:tc>
          <w:tcPr>
            <w:tcW w:w="2802" w:type="dxa"/>
            <w:shd w:val="clear" w:color="auto" w:fill="D9D9D9" w:themeFill="background1" w:themeFillShade="D9"/>
          </w:tcPr>
          <w:p w14:paraId="7F8CAFFD" w14:textId="25CB44B1" w:rsidR="00DB5639" w:rsidRPr="00DB5639" w:rsidRDefault="00DB5639" w:rsidP="00DB5639">
            <w:pPr>
              <w:rPr>
                <w:b/>
              </w:rPr>
            </w:pPr>
            <w:r w:rsidRPr="00DB5639">
              <w:rPr>
                <w:b/>
              </w:rPr>
              <w:t xml:space="preserve">Date: </w:t>
            </w:r>
          </w:p>
        </w:tc>
        <w:tc>
          <w:tcPr>
            <w:tcW w:w="6054" w:type="dxa"/>
          </w:tcPr>
          <w:p w14:paraId="53487FBC" w14:textId="77777777" w:rsidR="00DB5639" w:rsidRDefault="00DB5639" w:rsidP="00DB5639"/>
        </w:tc>
      </w:tr>
    </w:tbl>
    <w:p w14:paraId="05A4AEBA" w14:textId="77777777" w:rsidR="00DB5639" w:rsidRDefault="00DB5639" w:rsidP="00DB5639">
      <w:pPr>
        <w:pStyle w:val="Heading1"/>
        <w:rPr>
          <w:color w:val="00B0F0"/>
          <w:lang w:val="en-GB"/>
        </w:rPr>
      </w:pPr>
      <w:r w:rsidRPr="00DB5639">
        <w:rPr>
          <w:color w:val="00B0F0"/>
          <w:lang w:val="en-GB"/>
        </w:rPr>
        <w:t>Section 1: School Profile</w:t>
      </w:r>
    </w:p>
    <w:p w14:paraId="2D6D5CBC" w14:textId="71347CCD" w:rsidR="00DB5639" w:rsidRPr="00DB5639" w:rsidRDefault="00DB5639" w:rsidP="00DB5639">
      <w:pPr>
        <w:pStyle w:val="Heading1"/>
        <w:rPr>
          <w:color w:val="00B0F0"/>
          <w:lang w:val="en-GB"/>
        </w:rPr>
      </w:pPr>
      <w:r w:rsidRPr="00DB5639">
        <w:rPr>
          <w:color w:val="00B0F0"/>
        </w:rPr>
        <w:t>1. Number of People on Site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9"/>
        <w:gridCol w:w="5831"/>
      </w:tblGrid>
      <w:tr w:rsidR="00DB5639" w14:paraId="7296B6E9" w14:textId="77777777" w:rsidTr="00DB5639">
        <w:tc>
          <w:tcPr>
            <w:tcW w:w="2802" w:type="dxa"/>
            <w:shd w:val="clear" w:color="auto" w:fill="D9D9D9" w:themeFill="background1" w:themeFillShade="D9"/>
          </w:tcPr>
          <w:p w14:paraId="578B68D8" w14:textId="77777777" w:rsidR="00DB5639" w:rsidRDefault="00DB5639" w:rsidP="00027A1A">
            <w:r>
              <w:t>Category</w:t>
            </w:r>
          </w:p>
        </w:tc>
        <w:tc>
          <w:tcPr>
            <w:tcW w:w="5838" w:type="dxa"/>
            <w:shd w:val="clear" w:color="auto" w:fill="D9D9D9" w:themeFill="background1" w:themeFillShade="D9"/>
          </w:tcPr>
          <w:p w14:paraId="1A420A6D" w14:textId="77777777" w:rsidR="00DB5639" w:rsidRDefault="00DB5639" w:rsidP="00027A1A">
            <w:r>
              <w:t>Number</w:t>
            </w:r>
          </w:p>
        </w:tc>
      </w:tr>
      <w:tr w:rsidR="00DB5639" w14:paraId="3687EB02" w14:textId="77777777" w:rsidTr="00DB5639">
        <w:tc>
          <w:tcPr>
            <w:tcW w:w="2802" w:type="dxa"/>
          </w:tcPr>
          <w:p w14:paraId="1AF3F525" w14:textId="77777777" w:rsidR="00DB5639" w:rsidRDefault="00DB5639" w:rsidP="00027A1A">
            <w:r>
              <w:t>Pupils</w:t>
            </w:r>
          </w:p>
        </w:tc>
        <w:tc>
          <w:tcPr>
            <w:tcW w:w="5838" w:type="dxa"/>
          </w:tcPr>
          <w:p w14:paraId="1C104085" w14:textId="77777777" w:rsidR="00DB5639" w:rsidRDefault="00DB5639" w:rsidP="00027A1A"/>
        </w:tc>
      </w:tr>
      <w:tr w:rsidR="00DB5639" w14:paraId="4336C581" w14:textId="77777777" w:rsidTr="00DB5639">
        <w:tc>
          <w:tcPr>
            <w:tcW w:w="2802" w:type="dxa"/>
          </w:tcPr>
          <w:p w14:paraId="174F8A83" w14:textId="77777777" w:rsidR="00DB5639" w:rsidRDefault="00DB5639" w:rsidP="00027A1A">
            <w:r>
              <w:t>Staff</w:t>
            </w:r>
          </w:p>
        </w:tc>
        <w:tc>
          <w:tcPr>
            <w:tcW w:w="5838" w:type="dxa"/>
          </w:tcPr>
          <w:p w14:paraId="618194CF" w14:textId="77777777" w:rsidR="00DB5639" w:rsidRDefault="00DB5639" w:rsidP="00027A1A"/>
        </w:tc>
      </w:tr>
      <w:tr w:rsidR="00DB5639" w14:paraId="1BFC5812" w14:textId="77777777" w:rsidTr="00DB5639">
        <w:tc>
          <w:tcPr>
            <w:tcW w:w="2802" w:type="dxa"/>
          </w:tcPr>
          <w:p w14:paraId="2743CCD1" w14:textId="77777777" w:rsidR="00DB5639" w:rsidRDefault="00DB5639" w:rsidP="00027A1A">
            <w:r>
              <w:t>Visitors (average daily)</w:t>
            </w:r>
          </w:p>
        </w:tc>
        <w:tc>
          <w:tcPr>
            <w:tcW w:w="5838" w:type="dxa"/>
          </w:tcPr>
          <w:p w14:paraId="6F15376E" w14:textId="77777777" w:rsidR="00DB5639" w:rsidRDefault="00DB5639" w:rsidP="00027A1A"/>
        </w:tc>
      </w:tr>
    </w:tbl>
    <w:p w14:paraId="3ACB6D9A" w14:textId="78FD1864" w:rsidR="00DB5639" w:rsidRDefault="00DB5639" w:rsidP="00DB5639">
      <w:pPr>
        <w:pStyle w:val="Heading1"/>
        <w:rPr>
          <w:color w:val="00B0F0"/>
        </w:rPr>
      </w:pPr>
      <w:r w:rsidRPr="00DB5639">
        <w:rPr>
          <w:color w:val="00B0F0"/>
        </w:rPr>
        <w:t>2. Site Layout and Complexity</w:t>
      </w:r>
    </w:p>
    <w:p w14:paraId="209D9FB4" w14:textId="77777777" w:rsidR="00DB5639" w:rsidRPr="00DB5639" w:rsidRDefault="00DB5639" w:rsidP="00DB5639"/>
    <w:p w14:paraId="2938763A" w14:textId="77777777" w:rsidR="00DB5639" w:rsidRPr="00DB5639" w:rsidRDefault="00DB5639" w:rsidP="00DB5639">
      <w:pPr>
        <w:rPr>
          <w:sz w:val="28"/>
        </w:rPr>
      </w:pPr>
      <w:r w:rsidRPr="00DB5639">
        <w:rPr>
          <w:sz w:val="28"/>
        </w:rPr>
        <w:t>Number of buildings: __________________</w:t>
      </w:r>
    </w:p>
    <w:p w14:paraId="761C5B45" w14:textId="77777777" w:rsidR="00DB5639" w:rsidRPr="00DB5639" w:rsidRDefault="00DB5639" w:rsidP="00DB5639">
      <w:pPr>
        <w:rPr>
          <w:sz w:val="28"/>
        </w:rPr>
      </w:pPr>
      <w:r w:rsidRPr="00DB5639">
        <w:rPr>
          <w:sz w:val="28"/>
        </w:rPr>
        <w:t>Site size: ☐ Small   ☐ Medium   ☐ Large</w:t>
      </w:r>
    </w:p>
    <w:p w14:paraId="38E65BDB" w14:textId="77777777" w:rsidR="00DB5639" w:rsidRPr="00DB5639" w:rsidRDefault="00DB5639" w:rsidP="00DB5639">
      <w:pPr>
        <w:rPr>
          <w:sz w:val="28"/>
        </w:rPr>
      </w:pPr>
      <w:r w:rsidRPr="00DB5639">
        <w:rPr>
          <w:sz w:val="28"/>
        </w:rPr>
        <w:t>Risk level: ☐ Low   ☐ Medium   ☐ High</w:t>
      </w:r>
    </w:p>
    <w:p w14:paraId="785EA8B6" w14:textId="77777777" w:rsidR="00DB5639" w:rsidRPr="00DB5639" w:rsidRDefault="00DB5639" w:rsidP="00DB5639">
      <w:pPr>
        <w:pStyle w:val="Heading1"/>
        <w:rPr>
          <w:color w:val="00B0F0"/>
          <w:lang w:val="en-GB"/>
        </w:rPr>
      </w:pPr>
      <w:r w:rsidRPr="00DB5639">
        <w:rPr>
          <w:color w:val="00B0F0"/>
          <w:lang w:val="en-GB"/>
        </w:rPr>
        <w:t>Section 2: Medical Needs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7"/>
        <w:gridCol w:w="2046"/>
        <w:gridCol w:w="3707"/>
      </w:tblGrid>
      <w:tr w:rsidR="00DB5639" w14:paraId="52AFCEAB" w14:textId="77777777" w:rsidTr="00DB5639">
        <w:tc>
          <w:tcPr>
            <w:tcW w:w="2880" w:type="dxa"/>
            <w:shd w:val="clear" w:color="auto" w:fill="D9D9D9" w:themeFill="background1" w:themeFillShade="D9"/>
          </w:tcPr>
          <w:p w14:paraId="627B4B3F" w14:textId="77777777" w:rsidR="00DB5639" w:rsidRPr="00DB5639" w:rsidRDefault="00DB5639" w:rsidP="00027A1A">
            <w:pPr>
              <w:rPr>
                <w:b/>
              </w:rPr>
            </w:pPr>
            <w:r w:rsidRPr="00DB5639">
              <w:rPr>
                <w:b/>
              </w:rPr>
              <w:t>Condition</w:t>
            </w:r>
          </w:p>
        </w:tc>
        <w:tc>
          <w:tcPr>
            <w:tcW w:w="2048" w:type="dxa"/>
            <w:shd w:val="clear" w:color="auto" w:fill="D9D9D9" w:themeFill="background1" w:themeFillShade="D9"/>
          </w:tcPr>
          <w:p w14:paraId="2F0296EA" w14:textId="77777777" w:rsidR="00DB5639" w:rsidRPr="00DB5639" w:rsidRDefault="00DB5639" w:rsidP="00027A1A">
            <w:pPr>
              <w:rPr>
                <w:b/>
              </w:rPr>
            </w:pPr>
            <w:r w:rsidRPr="00DB5639">
              <w:rPr>
                <w:b/>
              </w:rPr>
              <w:t>Number of Pupils</w:t>
            </w:r>
          </w:p>
        </w:tc>
        <w:tc>
          <w:tcPr>
            <w:tcW w:w="3712" w:type="dxa"/>
            <w:shd w:val="clear" w:color="auto" w:fill="D9D9D9" w:themeFill="background1" w:themeFillShade="D9"/>
          </w:tcPr>
          <w:p w14:paraId="11645F7C" w14:textId="77777777" w:rsidR="00DB5639" w:rsidRPr="00DB5639" w:rsidRDefault="00DB5639" w:rsidP="00027A1A">
            <w:pPr>
              <w:rPr>
                <w:b/>
              </w:rPr>
            </w:pPr>
            <w:r w:rsidRPr="00DB5639">
              <w:rPr>
                <w:b/>
              </w:rPr>
              <w:t>Notes</w:t>
            </w:r>
          </w:p>
        </w:tc>
      </w:tr>
      <w:tr w:rsidR="00DB5639" w14:paraId="36DFB698" w14:textId="77777777" w:rsidTr="00DB5639">
        <w:tc>
          <w:tcPr>
            <w:tcW w:w="2880" w:type="dxa"/>
            <w:vAlign w:val="center"/>
          </w:tcPr>
          <w:p w14:paraId="3D985FEC" w14:textId="77777777" w:rsidR="00DB5639" w:rsidRDefault="00DB5639" w:rsidP="00027A1A">
            <w:r>
              <w:t>Asthma</w:t>
            </w:r>
          </w:p>
        </w:tc>
        <w:tc>
          <w:tcPr>
            <w:tcW w:w="2048" w:type="dxa"/>
          </w:tcPr>
          <w:p w14:paraId="19A4A67F" w14:textId="77777777" w:rsidR="00DB5639" w:rsidRDefault="00DB5639" w:rsidP="00027A1A"/>
        </w:tc>
        <w:tc>
          <w:tcPr>
            <w:tcW w:w="3712" w:type="dxa"/>
          </w:tcPr>
          <w:p w14:paraId="5C940DBB" w14:textId="77777777" w:rsidR="00DB5639" w:rsidRDefault="00DB5639" w:rsidP="00027A1A"/>
        </w:tc>
      </w:tr>
      <w:tr w:rsidR="00DB5639" w14:paraId="3D268735" w14:textId="77777777" w:rsidTr="00DB5639">
        <w:tc>
          <w:tcPr>
            <w:tcW w:w="2880" w:type="dxa"/>
            <w:vAlign w:val="center"/>
          </w:tcPr>
          <w:p w14:paraId="3F6CC221" w14:textId="77777777" w:rsidR="00DB5639" w:rsidRDefault="00DB5639" w:rsidP="00027A1A">
            <w:r>
              <w:t>Allergies (incl. anaphylaxis)</w:t>
            </w:r>
          </w:p>
        </w:tc>
        <w:tc>
          <w:tcPr>
            <w:tcW w:w="2048" w:type="dxa"/>
          </w:tcPr>
          <w:p w14:paraId="4A604ED2" w14:textId="77777777" w:rsidR="00DB5639" w:rsidRDefault="00DB5639" w:rsidP="00027A1A"/>
        </w:tc>
        <w:tc>
          <w:tcPr>
            <w:tcW w:w="3712" w:type="dxa"/>
          </w:tcPr>
          <w:p w14:paraId="6BBC982B" w14:textId="77777777" w:rsidR="00DB5639" w:rsidRDefault="00DB5639" w:rsidP="00027A1A"/>
        </w:tc>
      </w:tr>
      <w:tr w:rsidR="00DB5639" w14:paraId="14207CB0" w14:textId="77777777" w:rsidTr="00DB5639">
        <w:tc>
          <w:tcPr>
            <w:tcW w:w="2880" w:type="dxa"/>
            <w:vAlign w:val="center"/>
          </w:tcPr>
          <w:p w14:paraId="0A1DD127" w14:textId="77777777" w:rsidR="00DB5639" w:rsidRDefault="00DB5639" w:rsidP="00027A1A">
            <w:r>
              <w:t>Diabetes</w:t>
            </w:r>
          </w:p>
        </w:tc>
        <w:tc>
          <w:tcPr>
            <w:tcW w:w="2048" w:type="dxa"/>
          </w:tcPr>
          <w:p w14:paraId="34ED70ED" w14:textId="77777777" w:rsidR="00DB5639" w:rsidRDefault="00DB5639" w:rsidP="00027A1A"/>
        </w:tc>
        <w:tc>
          <w:tcPr>
            <w:tcW w:w="3712" w:type="dxa"/>
          </w:tcPr>
          <w:p w14:paraId="141210F0" w14:textId="77777777" w:rsidR="00DB5639" w:rsidRDefault="00DB5639" w:rsidP="00027A1A"/>
        </w:tc>
      </w:tr>
      <w:tr w:rsidR="00DB5639" w14:paraId="6D699073" w14:textId="77777777" w:rsidTr="00DB5639">
        <w:tc>
          <w:tcPr>
            <w:tcW w:w="2880" w:type="dxa"/>
            <w:vAlign w:val="center"/>
          </w:tcPr>
          <w:p w14:paraId="3D5C39F0" w14:textId="77777777" w:rsidR="00DB5639" w:rsidRDefault="00DB5639" w:rsidP="00027A1A">
            <w:r>
              <w:t>Epilepsy</w:t>
            </w:r>
          </w:p>
        </w:tc>
        <w:tc>
          <w:tcPr>
            <w:tcW w:w="2048" w:type="dxa"/>
          </w:tcPr>
          <w:p w14:paraId="16278967" w14:textId="77777777" w:rsidR="00DB5639" w:rsidRDefault="00DB5639" w:rsidP="00027A1A"/>
        </w:tc>
        <w:tc>
          <w:tcPr>
            <w:tcW w:w="3712" w:type="dxa"/>
          </w:tcPr>
          <w:p w14:paraId="05CEE666" w14:textId="77777777" w:rsidR="00DB5639" w:rsidRDefault="00DB5639" w:rsidP="00027A1A"/>
        </w:tc>
      </w:tr>
      <w:tr w:rsidR="00DB5639" w14:paraId="3923FFC5" w14:textId="77777777" w:rsidTr="00DB5639">
        <w:tc>
          <w:tcPr>
            <w:tcW w:w="2880" w:type="dxa"/>
            <w:vAlign w:val="center"/>
          </w:tcPr>
          <w:p w14:paraId="05D76ADD" w14:textId="77777777" w:rsidR="00DB5639" w:rsidRDefault="00DB5639" w:rsidP="00027A1A">
            <w:r>
              <w:t>Other (specify)</w:t>
            </w:r>
          </w:p>
        </w:tc>
        <w:tc>
          <w:tcPr>
            <w:tcW w:w="2048" w:type="dxa"/>
          </w:tcPr>
          <w:p w14:paraId="342B6718" w14:textId="77777777" w:rsidR="00DB5639" w:rsidRDefault="00DB5639" w:rsidP="00027A1A"/>
        </w:tc>
        <w:tc>
          <w:tcPr>
            <w:tcW w:w="3712" w:type="dxa"/>
          </w:tcPr>
          <w:p w14:paraId="001ED026" w14:textId="77777777" w:rsidR="00DB5639" w:rsidRDefault="00DB5639" w:rsidP="00027A1A"/>
        </w:tc>
      </w:tr>
    </w:tbl>
    <w:p w14:paraId="35180ABA" w14:textId="77777777" w:rsidR="00DB5639" w:rsidRDefault="00DB5639" w:rsidP="00DB5639"/>
    <w:p w14:paraId="7660417B" w14:textId="236BB437" w:rsidR="00DB5639" w:rsidRPr="00DB5639" w:rsidRDefault="00DB5639" w:rsidP="00DB5639">
      <w:pPr>
        <w:rPr>
          <w:b/>
          <w:bCs/>
          <w:color w:val="00B0F0"/>
          <w:sz w:val="28"/>
        </w:rPr>
      </w:pPr>
      <w:r w:rsidRPr="00DB5639">
        <w:rPr>
          <w:b/>
          <w:bCs/>
          <w:color w:val="00B0F0"/>
          <w:sz w:val="28"/>
        </w:rPr>
        <w:t>SEND / Additional Needs</w:t>
      </w:r>
    </w:p>
    <w:tbl>
      <w:tblPr>
        <w:tblStyle w:val="TableGrid"/>
        <w:tblW w:w="0" w:type="auto"/>
        <w:tblLook w:val="04A0" w:firstRow="1" w:lastRow="0" w:firstColumn="1" w:lastColumn="0" w:noHBand="0" w:noVBand="1"/>
      </w:tblPr>
      <w:tblGrid>
        <w:gridCol w:w="4331"/>
        <w:gridCol w:w="4299"/>
      </w:tblGrid>
      <w:tr w:rsidR="00DB5639" w14:paraId="06016BCB" w14:textId="77777777" w:rsidTr="00DB5639">
        <w:tc>
          <w:tcPr>
            <w:tcW w:w="4428" w:type="dxa"/>
            <w:shd w:val="clear" w:color="auto" w:fill="D9D9D9" w:themeFill="background1" w:themeFillShade="D9"/>
          </w:tcPr>
          <w:p w14:paraId="4925BEE4" w14:textId="77777777" w:rsidR="00DB5639" w:rsidRPr="00DB5639" w:rsidRDefault="00DB5639" w:rsidP="00DB5639">
            <w:pPr>
              <w:rPr>
                <w:b/>
              </w:rPr>
            </w:pPr>
            <w:r w:rsidRPr="00DB5639">
              <w:rPr>
                <w:b/>
              </w:rPr>
              <w:t>Number of pupils requiring additional support:</w:t>
            </w:r>
          </w:p>
          <w:p w14:paraId="396A937A" w14:textId="77777777" w:rsidR="00DB5639" w:rsidRPr="00DB5639" w:rsidRDefault="00DB5639" w:rsidP="00DB5639">
            <w:pPr>
              <w:rPr>
                <w:b/>
                <w:bCs/>
              </w:rPr>
            </w:pPr>
          </w:p>
        </w:tc>
        <w:tc>
          <w:tcPr>
            <w:tcW w:w="4428" w:type="dxa"/>
          </w:tcPr>
          <w:p w14:paraId="48A8924D" w14:textId="77777777" w:rsidR="00DB5639" w:rsidRDefault="00DB5639" w:rsidP="00DB5639">
            <w:pPr>
              <w:rPr>
                <w:b/>
                <w:bCs/>
              </w:rPr>
            </w:pPr>
          </w:p>
        </w:tc>
      </w:tr>
      <w:tr w:rsidR="00DB5639" w14:paraId="7B626B56" w14:textId="77777777" w:rsidTr="00DB5639">
        <w:tc>
          <w:tcPr>
            <w:tcW w:w="4428" w:type="dxa"/>
            <w:shd w:val="clear" w:color="auto" w:fill="D9D9D9" w:themeFill="background1" w:themeFillShade="D9"/>
          </w:tcPr>
          <w:p w14:paraId="0342593B" w14:textId="77777777" w:rsidR="00DB5639" w:rsidRPr="00DB5639" w:rsidRDefault="00DB5639" w:rsidP="00DB5639">
            <w:pPr>
              <w:rPr>
                <w:b/>
              </w:rPr>
            </w:pPr>
            <w:r w:rsidRPr="00DB5639">
              <w:rPr>
                <w:b/>
              </w:rPr>
              <w:t>Nature of needs:</w:t>
            </w:r>
          </w:p>
          <w:p w14:paraId="7F90F9B9" w14:textId="77777777" w:rsidR="00DB5639" w:rsidRPr="00DB5639" w:rsidRDefault="00DB5639" w:rsidP="00DB5639">
            <w:pPr>
              <w:rPr>
                <w:b/>
                <w:bCs/>
              </w:rPr>
            </w:pPr>
          </w:p>
        </w:tc>
        <w:tc>
          <w:tcPr>
            <w:tcW w:w="4428" w:type="dxa"/>
          </w:tcPr>
          <w:p w14:paraId="77C92A23" w14:textId="77777777" w:rsidR="00DB5639" w:rsidRDefault="00DB5639" w:rsidP="00DB5639">
            <w:pPr>
              <w:rPr>
                <w:b/>
                <w:bCs/>
              </w:rPr>
            </w:pPr>
          </w:p>
        </w:tc>
      </w:tr>
      <w:tr w:rsidR="00DB5639" w14:paraId="4FD5C514" w14:textId="77777777" w:rsidTr="00DB5639">
        <w:tc>
          <w:tcPr>
            <w:tcW w:w="4428" w:type="dxa"/>
            <w:shd w:val="clear" w:color="auto" w:fill="D9D9D9" w:themeFill="background1" w:themeFillShade="D9"/>
          </w:tcPr>
          <w:p w14:paraId="136BE06E" w14:textId="77777777" w:rsidR="00DB5639" w:rsidRPr="00DB5639" w:rsidRDefault="00DB5639" w:rsidP="00DB5639">
            <w:pPr>
              <w:rPr>
                <w:b/>
              </w:rPr>
            </w:pPr>
            <w:r w:rsidRPr="00DB5639">
              <w:rPr>
                <w:b/>
              </w:rPr>
              <w:t>Impact on first aid provision:</w:t>
            </w:r>
          </w:p>
          <w:p w14:paraId="31F1678E" w14:textId="77777777" w:rsidR="00DB5639" w:rsidRPr="00DB5639" w:rsidRDefault="00DB5639" w:rsidP="00DB5639">
            <w:pPr>
              <w:rPr>
                <w:b/>
                <w:bCs/>
              </w:rPr>
            </w:pPr>
          </w:p>
        </w:tc>
        <w:tc>
          <w:tcPr>
            <w:tcW w:w="4428" w:type="dxa"/>
          </w:tcPr>
          <w:p w14:paraId="151E8B61" w14:textId="77777777" w:rsidR="00DB5639" w:rsidRDefault="00DB5639" w:rsidP="00DB5639">
            <w:pPr>
              <w:rPr>
                <w:b/>
                <w:bCs/>
              </w:rPr>
            </w:pPr>
          </w:p>
        </w:tc>
      </w:tr>
    </w:tbl>
    <w:p w14:paraId="75ED5E4B" w14:textId="77777777" w:rsidR="00DB5639" w:rsidRPr="00C15103" w:rsidRDefault="00DB5639" w:rsidP="00DB5639">
      <w:pPr>
        <w:rPr>
          <w:b/>
          <w:bCs/>
        </w:rPr>
      </w:pPr>
    </w:p>
    <w:p w14:paraId="27D94396" w14:textId="6AD078E4" w:rsidR="00DB5639" w:rsidRPr="00DB5639" w:rsidRDefault="00DB5639" w:rsidP="00DB5639">
      <w:pPr>
        <w:rPr>
          <w:color w:val="00B0F0"/>
        </w:rPr>
      </w:pPr>
      <w:r w:rsidRPr="00DB5639">
        <w:rPr>
          <w:rFonts w:asciiTheme="majorHAnsi" w:eastAsiaTheme="majorEastAsia" w:hAnsiTheme="majorHAnsi" w:cstheme="majorBidi"/>
          <w:b/>
          <w:bCs/>
          <w:color w:val="00B0F0"/>
          <w:sz w:val="28"/>
          <w:szCs w:val="28"/>
          <w:lang w:val="en-GB"/>
        </w:rPr>
        <w:t>Section 3: Nature of Activities</w:t>
      </w:r>
    </w:p>
    <w:p w14:paraId="5502900E" w14:textId="77777777" w:rsidR="00DB5639" w:rsidRPr="00DB5639" w:rsidRDefault="00DB5639" w:rsidP="00DB5639">
      <w:pPr>
        <w:rPr>
          <w:sz w:val="28"/>
          <w:lang w:val="en-GB"/>
        </w:rPr>
      </w:pPr>
      <w:r w:rsidRPr="00DB5639">
        <w:rPr>
          <w:sz w:val="28"/>
          <w:lang w:val="en-GB"/>
        </w:rPr>
        <w:t>Tick all that apply:</w:t>
      </w:r>
    </w:p>
    <w:p w14:paraId="5E5D5CA0" w14:textId="77777777" w:rsidR="00DB5639" w:rsidRPr="00DB5639" w:rsidRDefault="00DB5639" w:rsidP="00DB5639">
      <w:pPr>
        <w:rPr>
          <w:sz w:val="28"/>
          <w:lang w:val="en-GB"/>
        </w:rPr>
      </w:pPr>
      <w:r w:rsidRPr="00DB5639">
        <w:rPr>
          <w:rFonts w:ascii="Segoe UI Symbol" w:hAnsi="Segoe UI Symbol" w:cs="Segoe UI Symbol"/>
          <w:sz w:val="28"/>
          <w:lang w:val="en-GB"/>
        </w:rPr>
        <w:t>☐</w:t>
      </w:r>
      <w:r w:rsidRPr="00DB5639">
        <w:rPr>
          <w:sz w:val="28"/>
          <w:lang w:val="en-GB"/>
        </w:rPr>
        <w:t xml:space="preserve"> PE and sports</w:t>
      </w:r>
      <w:r w:rsidRPr="00DB5639">
        <w:rPr>
          <w:sz w:val="28"/>
          <w:lang w:val="en-GB"/>
        </w:rPr>
        <w:br/>
      </w:r>
      <w:r w:rsidRPr="00DB5639">
        <w:rPr>
          <w:rFonts w:ascii="Segoe UI Symbol" w:hAnsi="Segoe UI Symbol" w:cs="Segoe UI Symbol"/>
          <w:sz w:val="28"/>
          <w:lang w:val="en-GB"/>
        </w:rPr>
        <w:t>☐</w:t>
      </w:r>
      <w:r w:rsidRPr="00DB5639">
        <w:rPr>
          <w:sz w:val="28"/>
          <w:lang w:val="en-GB"/>
        </w:rPr>
        <w:t xml:space="preserve"> Outdoor learning</w:t>
      </w:r>
      <w:r w:rsidRPr="00DB5639">
        <w:rPr>
          <w:sz w:val="28"/>
          <w:lang w:val="en-GB"/>
        </w:rPr>
        <w:br/>
      </w:r>
      <w:r w:rsidRPr="00DB5639">
        <w:rPr>
          <w:rFonts w:ascii="Segoe UI Symbol" w:hAnsi="Segoe UI Symbol" w:cs="Segoe UI Symbol"/>
          <w:sz w:val="28"/>
          <w:lang w:val="en-GB"/>
        </w:rPr>
        <w:t>☐</w:t>
      </w:r>
      <w:r w:rsidRPr="00DB5639">
        <w:rPr>
          <w:sz w:val="28"/>
          <w:lang w:val="en-GB"/>
        </w:rPr>
        <w:t xml:space="preserve"> Science practical work</w:t>
      </w:r>
      <w:r w:rsidRPr="00DB5639">
        <w:rPr>
          <w:sz w:val="28"/>
          <w:lang w:val="en-GB"/>
        </w:rPr>
        <w:br/>
      </w:r>
      <w:r w:rsidRPr="00DB5639">
        <w:rPr>
          <w:rFonts w:ascii="Segoe UI Symbol" w:hAnsi="Segoe UI Symbol" w:cs="Segoe UI Symbol"/>
          <w:sz w:val="28"/>
          <w:lang w:val="en-GB"/>
        </w:rPr>
        <w:t>☐</w:t>
      </w:r>
      <w:r w:rsidRPr="00DB5639">
        <w:rPr>
          <w:sz w:val="28"/>
          <w:lang w:val="en-GB"/>
        </w:rPr>
        <w:t xml:space="preserve"> DT workshops</w:t>
      </w:r>
      <w:r w:rsidRPr="00DB5639">
        <w:rPr>
          <w:sz w:val="28"/>
          <w:lang w:val="en-GB"/>
        </w:rPr>
        <w:br/>
      </w:r>
      <w:r w:rsidRPr="00DB5639">
        <w:rPr>
          <w:rFonts w:ascii="Segoe UI Symbol" w:hAnsi="Segoe UI Symbol" w:cs="Segoe UI Symbol"/>
          <w:sz w:val="28"/>
          <w:lang w:val="en-GB"/>
        </w:rPr>
        <w:t>☐</w:t>
      </w:r>
      <w:r w:rsidRPr="00DB5639">
        <w:rPr>
          <w:sz w:val="28"/>
          <w:lang w:val="en-GB"/>
        </w:rPr>
        <w:t xml:space="preserve"> Swimming</w:t>
      </w:r>
      <w:r w:rsidRPr="00DB5639">
        <w:rPr>
          <w:sz w:val="28"/>
          <w:lang w:val="en-GB"/>
        </w:rPr>
        <w:br/>
      </w:r>
      <w:r w:rsidRPr="00DB5639">
        <w:rPr>
          <w:rFonts w:ascii="Segoe UI Symbol" w:hAnsi="Segoe UI Symbol" w:cs="Segoe UI Symbol"/>
          <w:sz w:val="28"/>
          <w:lang w:val="en-GB"/>
        </w:rPr>
        <w:t>☐</w:t>
      </w:r>
      <w:r w:rsidRPr="00DB5639">
        <w:rPr>
          <w:sz w:val="28"/>
          <w:lang w:val="en-GB"/>
        </w:rPr>
        <w:t xml:space="preserve"> High-risk activities (specify):</w:t>
      </w:r>
    </w:p>
    <w:p w14:paraId="44E254D1" w14:textId="77777777" w:rsidR="00DB5639" w:rsidRDefault="00DB5639" w:rsidP="00DB5639">
      <w:pPr>
        <w:rPr>
          <w:b/>
          <w:bCs/>
          <w:lang w:val="en-GB"/>
        </w:rPr>
      </w:pPr>
    </w:p>
    <w:p w14:paraId="3EB74369" w14:textId="5ABAA1E9" w:rsidR="00DB5639" w:rsidRPr="00DB5639" w:rsidRDefault="00DB5639" w:rsidP="00DB5639">
      <w:pPr>
        <w:rPr>
          <w:color w:val="00B0F0"/>
          <w:sz w:val="28"/>
          <w:lang w:val="en-GB"/>
        </w:rPr>
      </w:pPr>
      <w:r w:rsidRPr="00DB5639">
        <w:rPr>
          <w:b/>
          <w:bCs/>
          <w:color w:val="00B0F0"/>
          <w:sz w:val="28"/>
          <w:lang w:val="en-GB"/>
        </w:rPr>
        <w:t>Comments / risks identified:</w:t>
      </w:r>
    </w:p>
    <w:p w14:paraId="17A1F275" w14:textId="77777777" w:rsidR="00DB5639" w:rsidRPr="00DB5639" w:rsidRDefault="00DB5639" w:rsidP="00DB5639">
      <w:pPr>
        <w:pStyle w:val="Heading1"/>
        <w:rPr>
          <w:color w:val="00B0F0"/>
          <w:lang w:val="en-GB" w:eastAsia="en-GB"/>
        </w:rPr>
      </w:pPr>
      <w:r w:rsidRPr="00DB5639">
        <w:rPr>
          <w:color w:val="00B0F0"/>
          <w:lang w:val="en-GB" w:eastAsia="en-GB"/>
        </w:rPr>
        <w:t>Section 4: Off-Site Activities</w:t>
      </w:r>
    </w:p>
    <w:p w14:paraId="3ADF27C7" w14:textId="77777777" w:rsidR="00DB5639" w:rsidRPr="00B25DF4" w:rsidRDefault="00DB5639" w:rsidP="00DB5639">
      <w:pPr>
        <w:numPr>
          <w:ilvl w:val="0"/>
          <w:numId w:val="37"/>
        </w:numPr>
        <w:spacing w:before="100" w:beforeAutospacing="1" w:after="100" w:afterAutospacing="1" w:line="300" w:lineRule="atLeast"/>
        <w:rPr>
          <w:rFonts w:eastAsia="Times New Roman" w:cs="Segoe UI"/>
          <w:sz w:val="28"/>
          <w:szCs w:val="21"/>
          <w:lang w:val="en-GB" w:eastAsia="en-GB"/>
        </w:rPr>
      </w:pPr>
      <w:r w:rsidRPr="00B25DF4">
        <w:rPr>
          <w:rFonts w:eastAsia="Times New Roman" w:cs="Segoe UI"/>
          <w:sz w:val="28"/>
          <w:szCs w:val="21"/>
          <w:lang w:val="en-GB" w:eastAsia="en-GB"/>
        </w:rPr>
        <w:t>Frequency of trips (low / medium / high):</w:t>
      </w:r>
    </w:p>
    <w:p w14:paraId="1E05DCC1" w14:textId="77777777" w:rsidR="00DB5639" w:rsidRPr="00B25DF4" w:rsidRDefault="00DB5639" w:rsidP="00DB5639">
      <w:pPr>
        <w:numPr>
          <w:ilvl w:val="0"/>
          <w:numId w:val="37"/>
        </w:numPr>
        <w:spacing w:before="100" w:beforeAutospacing="1" w:after="100" w:afterAutospacing="1" w:line="300" w:lineRule="atLeast"/>
        <w:rPr>
          <w:rFonts w:eastAsia="Times New Roman" w:cs="Segoe UI"/>
          <w:sz w:val="28"/>
          <w:szCs w:val="21"/>
          <w:lang w:val="en-GB" w:eastAsia="en-GB"/>
        </w:rPr>
      </w:pPr>
      <w:r w:rsidRPr="00B25DF4">
        <w:rPr>
          <w:rFonts w:eastAsia="Times New Roman" w:cs="Segoe UI"/>
          <w:sz w:val="28"/>
          <w:szCs w:val="21"/>
          <w:lang w:val="en-GB" w:eastAsia="en-GB"/>
        </w:rPr>
        <w:t>Typical destinations:</w:t>
      </w:r>
    </w:p>
    <w:p w14:paraId="61F29B52" w14:textId="77777777" w:rsidR="00DB5639" w:rsidRPr="00B25DF4" w:rsidRDefault="00DB5639" w:rsidP="00DB5639">
      <w:pPr>
        <w:numPr>
          <w:ilvl w:val="0"/>
          <w:numId w:val="37"/>
        </w:numPr>
        <w:spacing w:before="100" w:beforeAutospacing="1" w:after="100" w:afterAutospacing="1" w:line="300" w:lineRule="atLeast"/>
        <w:rPr>
          <w:rFonts w:eastAsia="Times New Roman" w:cs="Segoe UI"/>
          <w:sz w:val="28"/>
          <w:szCs w:val="21"/>
          <w:lang w:val="en-GB" w:eastAsia="en-GB"/>
        </w:rPr>
      </w:pPr>
      <w:r w:rsidRPr="00B25DF4">
        <w:rPr>
          <w:rFonts w:eastAsia="Times New Roman" w:cs="Segoe UI"/>
          <w:sz w:val="28"/>
          <w:szCs w:val="21"/>
          <w:lang w:val="en-GB" w:eastAsia="en-GB"/>
        </w:rPr>
        <w:t xml:space="preserve">Residential visits: </w:t>
      </w:r>
      <w:r w:rsidRPr="00B25DF4">
        <w:rPr>
          <w:rFonts w:ascii="Segoe UI Symbol" w:eastAsia="Times New Roman" w:hAnsi="Segoe UI Symbol" w:cs="Segoe UI Symbol"/>
          <w:sz w:val="28"/>
          <w:szCs w:val="21"/>
          <w:lang w:val="en-GB" w:eastAsia="en-GB"/>
        </w:rPr>
        <w:t>☐</w:t>
      </w:r>
      <w:r w:rsidRPr="00B25DF4">
        <w:rPr>
          <w:rFonts w:eastAsia="Times New Roman" w:cs="Segoe UI"/>
          <w:sz w:val="28"/>
          <w:szCs w:val="21"/>
          <w:lang w:val="en-GB" w:eastAsia="en-GB"/>
        </w:rPr>
        <w:t xml:space="preserve"> Yes </w:t>
      </w:r>
      <w:r w:rsidRPr="00B25DF4">
        <w:rPr>
          <w:rFonts w:ascii="Segoe UI Symbol" w:eastAsia="Times New Roman" w:hAnsi="Segoe UI Symbol" w:cs="Segoe UI Symbol"/>
          <w:sz w:val="28"/>
          <w:szCs w:val="21"/>
          <w:lang w:val="en-GB" w:eastAsia="en-GB"/>
        </w:rPr>
        <w:t>☐</w:t>
      </w:r>
      <w:r w:rsidRPr="00B25DF4">
        <w:rPr>
          <w:rFonts w:eastAsia="Times New Roman" w:cs="Segoe UI"/>
          <w:sz w:val="28"/>
          <w:szCs w:val="21"/>
          <w:lang w:val="en-GB" w:eastAsia="en-GB"/>
        </w:rPr>
        <w:t xml:space="preserve"> No</w:t>
      </w:r>
    </w:p>
    <w:p w14:paraId="333D965F" w14:textId="77777777" w:rsidR="00DB5639" w:rsidRPr="00DB5639" w:rsidRDefault="00DB5639" w:rsidP="00DB5639">
      <w:pPr>
        <w:spacing w:before="100" w:beforeAutospacing="1" w:after="100" w:afterAutospacing="1" w:line="300" w:lineRule="atLeast"/>
        <w:rPr>
          <w:rFonts w:ascii="Segoe UI" w:eastAsia="Times New Roman" w:hAnsi="Segoe UI" w:cs="Segoe UI"/>
          <w:color w:val="00B0F0"/>
          <w:sz w:val="21"/>
          <w:szCs w:val="21"/>
          <w:lang w:val="en-GB" w:eastAsia="en-GB"/>
        </w:rPr>
      </w:pPr>
      <w:r w:rsidRPr="00DB5639">
        <w:rPr>
          <w:rFonts w:ascii="Segoe UI" w:eastAsia="Times New Roman" w:hAnsi="Segoe UI" w:cs="Segoe UI"/>
          <w:b/>
          <w:bCs/>
          <w:color w:val="00B0F0"/>
          <w:sz w:val="21"/>
          <w:szCs w:val="21"/>
          <w:lang w:val="en-GB" w:eastAsia="en-GB"/>
        </w:rPr>
        <w:t>Requirements identified:</w:t>
      </w:r>
    </w:p>
    <w:p w14:paraId="5CBE7E78" w14:textId="77777777" w:rsidR="00DB5639" w:rsidRPr="00B25DF4" w:rsidRDefault="00DB5639" w:rsidP="00DB5639">
      <w:pPr>
        <w:numPr>
          <w:ilvl w:val="0"/>
          <w:numId w:val="38"/>
        </w:numPr>
        <w:spacing w:before="100" w:beforeAutospacing="1" w:after="100" w:afterAutospacing="1" w:line="300" w:lineRule="atLeast"/>
        <w:rPr>
          <w:rFonts w:eastAsia="Times New Roman" w:cs="Segoe UI"/>
          <w:sz w:val="28"/>
          <w:szCs w:val="21"/>
          <w:lang w:val="en-GB" w:eastAsia="en-GB"/>
        </w:rPr>
      </w:pPr>
      <w:r w:rsidRPr="00B25DF4">
        <w:rPr>
          <w:rFonts w:eastAsia="Times New Roman" w:cs="Segoe UI"/>
          <w:sz w:val="28"/>
          <w:szCs w:val="21"/>
          <w:lang w:val="en-GB" w:eastAsia="en-GB"/>
        </w:rPr>
        <w:t xml:space="preserve">Portable first aid kits: </w:t>
      </w:r>
      <w:r w:rsidRPr="00B25DF4">
        <w:rPr>
          <w:rFonts w:ascii="Segoe UI Symbol" w:eastAsia="Times New Roman" w:hAnsi="Segoe UI Symbol" w:cs="Segoe UI Symbol"/>
          <w:sz w:val="28"/>
          <w:szCs w:val="21"/>
          <w:lang w:val="en-GB" w:eastAsia="en-GB"/>
        </w:rPr>
        <w:t>☐</w:t>
      </w:r>
      <w:r w:rsidRPr="00B25DF4">
        <w:rPr>
          <w:rFonts w:eastAsia="Times New Roman" w:cs="Segoe UI"/>
          <w:sz w:val="28"/>
          <w:szCs w:val="21"/>
          <w:lang w:val="en-GB" w:eastAsia="en-GB"/>
        </w:rPr>
        <w:t xml:space="preserve"> Yes </w:t>
      </w:r>
      <w:r w:rsidRPr="00B25DF4">
        <w:rPr>
          <w:rFonts w:ascii="Segoe UI Symbol" w:eastAsia="Times New Roman" w:hAnsi="Segoe UI Symbol" w:cs="Segoe UI Symbol"/>
          <w:sz w:val="28"/>
          <w:szCs w:val="21"/>
          <w:lang w:val="en-GB" w:eastAsia="en-GB"/>
        </w:rPr>
        <w:t>☐</w:t>
      </w:r>
      <w:r w:rsidRPr="00B25DF4">
        <w:rPr>
          <w:rFonts w:eastAsia="Times New Roman" w:cs="Segoe UI"/>
          <w:sz w:val="28"/>
          <w:szCs w:val="21"/>
          <w:lang w:val="en-GB" w:eastAsia="en-GB"/>
        </w:rPr>
        <w:t xml:space="preserve"> No</w:t>
      </w:r>
    </w:p>
    <w:p w14:paraId="1306B822" w14:textId="77777777" w:rsidR="00DB5639" w:rsidRPr="00B25DF4" w:rsidRDefault="00DB5639" w:rsidP="00DB5639">
      <w:pPr>
        <w:numPr>
          <w:ilvl w:val="0"/>
          <w:numId w:val="38"/>
        </w:numPr>
        <w:spacing w:before="100" w:beforeAutospacing="1" w:after="100" w:afterAutospacing="1" w:line="300" w:lineRule="atLeast"/>
        <w:rPr>
          <w:rFonts w:eastAsia="Times New Roman" w:cs="Segoe UI"/>
          <w:sz w:val="28"/>
          <w:szCs w:val="21"/>
          <w:lang w:val="en-GB" w:eastAsia="en-GB"/>
        </w:rPr>
      </w:pPr>
      <w:r w:rsidRPr="00B25DF4">
        <w:rPr>
          <w:rFonts w:eastAsia="Times New Roman" w:cs="Segoe UI"/>
          <w:sz w:val="28"/>
          <w:szCs w:val="21"/>
          <w:lang w:val="en-GB" w:eastAsia="en-GB"/>
        </w:rPr>
        <w:t xml:space="preserve">Paediatric first aider required (EYFS): </w:t>
      </w:r>
      <w:r w:rsidRPr="00B25DF4">
        <w:rPr>
          <w:rFonts w:ascii="Segoe UI Symbol" w:eastAsia="Times New Roman" w:hAnsi="Segoe UI Symbol" w:cs="Segoe UI Symbol"/>
          <w:sz w:val="28"/>
          <w:szCs w:val="21"/>
          <w:lang w:val="en-GB" w:eastAsia="en-GB"/>
        </w:rPr>
        <w:t>☐</w:t>
      </w:r>
      <w:r w:rsidRPr="00B25DF4">
        <w:rPr>
          <w:rFonts w:eastAsia="Times New Roman" w:cs="Segoe UI"/>
          <w:sz w:val="28"/>
          <w:szCs w:val="21"/>
          <w:lang w:val="en-GB" w:eastAsia="en-GB"/>
        </w:rPr>
        <w:t xml:space="preserve"> Yes </w:t>
      </w:r>
      <w:r w:rsidRPr="00B25DF4">
        <w:rPr>
          <w:rFonts w:ascii="Segoe UI Symbol" w:eastAsia="Times New Roman" w:hAnsi="Segoe UI Symbol" w:cs="Segoe UI Symbol"/>
          <w:sz w:val="28"/>
          <w:szCs w:val="21"/>
          <w:lang w:val="en-GB" w:eastAsia="en-GB"/>
        </w:rPr>
        <w:t>☐</w:t>
      </w:r>
      <w:r w:rsidRPr="00B25DF4">
        <w:rPr>
          <w:rFonts w:eastAsia="Times New Roman" w:cs="Segoe UI"/>
          <w:sz w:val="28"/>
          <w:szCs w:val="21"/>
          <w:lang w:val="en-GB" w:eastAsia="en-GB"/>
        </w:rPr>
        <w:t xml:space="preserve"> No</w:t>
      </w:r>
    </w:p>
    <w:p w14:paraId="03D2B178" w14:textId="77777777" w:rsidR="00DB5639" w:rsidRPr="00DB5639" w:rsidRDefault="00DB5639" w:rsidP="00DB5639">
      <w:pPr>
        <w:pStyle w:val="Heading1"/>
        <w:rPr>
          <w:color w:val="00B0F0"/>
          <w:lang w:val="en-GB" w:eastAsia="en-GB"/>
        </w:rPr>
      </w:pPr>
      <w:r w:rsidRPr="00DB5639">
        <w:rPr>
          <w:color w:val="00B0F0"/>
          <w:lang w:val="en-GB" w:eastAsia="en-GB"/>
        </w:rPr>
        <w:t>Section 5: First Aid Provision Requirements</w:t>
      </w:r>
    </w:p>
    <w:p w14:paraId="44EEF626" w14:textId="77777777" w:rsidR="00DB5639" w:rsidRDefault="00DB5639" w:rsidP="00DB5639">
      <w:pPr>
        <w:rPr>
          <w:lang w:val="en-GB" w:eastAsia="en-GB"/>
        </w:rPr>
      </w:pPr>
    </w:p>
    <w:p w14:paraId="1E65FA6E" w14:textId="77777777" w:rsidR="00DB5639" w:rsidRPr="00DB5639" w:rsidRDefault="00DB5639" w:rsidP="00DB5639">
      <w:pPr>
        <w:rPr>
          <w:b/>
          <w:color w:val="00B0F0"/>
          <w:lang w:val="en-GB" w:eastAsia="en-GB"/>
        </w:rPr>
      </w:pPr>
      <w:r w:rsidRPr="00DB5639">
        <w:rPr>
          <w:b/>
          <w:color w:val="00B0F0"/>
          <w:lang w:val="en-GB" w:eastAsia="en-GB"/>
        </w:rPr>
        <w:t>Recommended Number of First Aiders</w:t>
      </w:r>
    </w:p>
    <w:p w14:paraId="494513A5" w14:textId="77777777" w:rsidR="00DB5639" w:rsidRPr="0011677E" w:rsidRDefault="00DB5639" w:rsidP="00DB5639">
      <w:pPr>
        <w:spacing w:after="0" w:line="300" w:lineRule="atLeast"/>
        <w:rPr>
          <w:rFonts w:ascii="Segoe UI" w:eastAsia="Times New Roman" w:hAnsi="Segoe UI" w:cs="Segoe UI"/>
          <w:sz w:val="21"/>
          <w:szCs w:val="21"/>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8"/>
        <w:gridCol w:w="2158"/>
        <w:gridCol w:w="2158"/>
        <w:gridCol w:w="2156"/>
      </w:tblGrid>
      <w:tr w:rsidR="00DB5639" w14:paraId="027E0BF6" w14:textId="77777777" w:rsidTr="00DB5639">
        <w:tc>
          <w:tcPr>
            <w:tcW w:w="2160" w:type="dxa"/>
            <w:shd w:val="clear" w:color="auto" w:fill="D9D9D9" w:themeFill="background1" w:themeFillShade="D9"/>
          </w:tcPr>
          <w:p w14:paraId="7A0F77EE" w14:textId="77777777" w:rsidR="00DB5639" w:rsidRPr="00DB5639" w:rsidRDefault="00DB5639" w:rsidP="00027A1A">
            <w:pPr>
              <w:rPr>
                <w:b/>
              </w:rPr>
            </w:pPr>
            <w:r w:rsidRPr="00DB5639">
              <w:rPr>
                <w:b/>
              </w:rPr>
              <w:t>Area</w:t>
            </w:r>
          </w:p>
        </w:tc>
        <w:tc>
          <w:tcPr>
            <w:tcW w:w="2160" w:type="dxa"/>
            <w:shd w:val="clear" w:color="auto" w:fill="D9D9D9" w:themeFill="background1" w:themeFillShade="D9"/>
          </w:tcPr>
          <w:p w14:paraId="3E78E13E" w14:textId="77777777" w:rsidR="00DB5639" w:rsidRPr="00DB5639" w:rsidRDefault="00DB5639" w:rsidP="00027A1A">
            <w:pPr>
              <w:rPr>
                <w:b/>
              </w:rPr>
            </w:pPr>
            <w:r w:rsidRPr="00DB5639">
              <w:rPr>
                <w:b/>
              </w:rPr>
              <w:t>Required</w:t>
            </w:r>
          </w:p>
        </w:tc>
        <w:tc>
          <w:tcPr>
            <w:tcW w:w="2160" w:type="dxa"/>
            <w:shd w:val="clear" w:color="auto" w:fill="D9D9D9" w:themeFill="background1" w:themeFillShade="D9"/>
          </w:tcPr>
          <w:p w14:paraId="3E65E40F" w14:textId="77777777" w:rsidR="00DB5639" w:rsidRPr="00DB5639" w:rsidRDefault="00DB5639" w:rsidP="00027A1A">
            <w:pPr>
              <w:rPr>
                <w:b/>
              </w:rPr>
            </w:pPr>
            <w:r w:rsidRPr="00DB5639">
              <w:rPr>
                <w:b/>
              </w:rPr>
              <w:t>Available</w:t>
            </w:r>
          </w:p>
        </w:tc>
        <w:tc>
          <w:tcPr>
            <w:tcW w:w="2160" w:type="dxa"/>
            <w:shd w:val="clear" w:color="auto" w:fill="D9D9D9" w:themeFill="background1" w:themeFillShade="D9"/>
          </w:tcPr>
          <w:p w14:paraId="65EAF9CD" w14:textId="77777777" w:rsidR="00DB5639" w:rsidRPr="00DB5639" w:rsidRDefault="00DB5639" w:rsidP="00027A1A">
            <w:pPr>
              <w:rPr>
                <w:b/>
              </w:rPr>
            </w:pPr>
            <w:r w:rsidRPr="00DB5639">
              <w:rPr>
                <w:b/>
              </w:rPr>
              <w:t>Gap</w:t>
            </w:r>
          </w:p>
        </w:tc>
      </w:tr>
      <w:tr w:rsidR="00DB5639" w14:paraId="48FCAAB3" w14:textId="77777777" w:rsidTr="00DB5639">
        <w:tc>
          <w:tcPr>
            <w:tcW w:w="2160" w:type="dxa"/>
            <w:shd w:val="clear" w:color="auto" w:fill="D9D9D9" w:themeFill="background1" w:themeFillShade="D9"/>
            <w:vAlign w:val="center"/>
          </w:tcPr>
          <w:p w14:paraId="389D91B8" w14:textId="77777777" w:rsidR="00DB5639" w:rsidRPr="00DB5639" w:rsidRDefault="00DB5639" w:rsidP="00027A1A">
            <w:pPr>
              <w:rPr>
                <w:b/>
              </w:rPr>
            </w:pPr>
            <w:r w:rsidRPr="00DB5639">
              <w:rPr>
                <w:b/>
              </w:rPr>
              <w:t>School hours</w:t>
            </w:r>
          </w:p>
        </w:tc>
        <w:tc>
          <w:tcPr>
            <w:tcW w:w="2160" w:type="dxa"/>
          </w:tcPr>
          <w:p w14:paraId="0FEBFFEA" w14:textId="77777777" w:rsidR="00DB5639" w:rsidRDefault="00DB5639" w:rsidP="00027A1A"/>
        </w:tc>
        <w:tc>
          <w:tcPr>
            <w:tcW w:w="2160" w:type="dxa"/>
          </w:tcPr>
          <w:p w14:paraId="6BC563BC" w14:textId="77777777" w:rsidR="00DB5639" w:rsidRDefault="00DB5639" w:rsidP="00027A1A"/>
        </w:tc>
        <w:tc>
          <w:tcPr>
            <w:tcW w:w="2160" w:type="dxa"/>
          </w:tcPr>
          <w:p w14:paraId="0E901830" w14:textId="77777777" w:rsidR="00DB5639" w:rsidRDefault="00DB5639" w:rsidP="00027A1A"/>
        </w:tc>
      </w:tr>
      <w:tr w:rsidR="00DB5639" w14:paraId="0D01286D" w14:textId="77777777" w:rsidTr="00DB5639">
        <w:tc>
          <w:tcPr>
            <w:tcW w:w="2160" w:type="dxa"/>
            <w:shd w:val="clear" w:color="auto" w:fill="D9D9D9" w:themeFill="background1" w:themeFillShade="D9"/>
            <w:vAlign w:val="center"/>
          </w:tcPr>
          <w:p w14:paraId="202D76E3" w14:textId="77777777" w:rsidR="00DB5639" w:rsidRPr="00DB5639" w:rsidRDefault="00DB5639" w:rsidP="00027A1A">
            <w:pPr>
              <w:rPr>
                <w:b/>
              </w:rPr>
            </w:pPr>
            <w:r w:rsidRPr="00DB5639">
              <w:rPr>
                <w:b/>
              </w:rPr>
              <w:t>Break/lunch times</w:t>
            </w:r>
          </w:p>
        </w:tc>
        <w:tc>
          <w:tcPr>
            <w:tcW w:w="2160" w:type="dxa"/>
          </w:tcPr>
          <w:p w14:paraId="0B369E7C" w14:textId="77777777" w:rsidR="00DB5639" w:rsidRDefault="00DB5639" w:rsidP="00027A1A"/>
        </w:tc>
        <w:tc>
          <w:tcPr>
            <w:tcW w:w="2160" w:type="dxa"/>
          </w:tcPr>
          <w:p w14:paraId="496AC17B" w14:textId="77777777" w:rsidR="00DB5639" w:rsidRDefault="00DB5639" w:rsidP="00027A1A"/>
        </w:tc>
        <w:tc>
          <w:tcPr>
            <w:tcW w:w="2160" w:type="dxa"/>
          </w:tcPr>
          <w:p w14:paraId="1F8D5BA2" w14:textId="77777777" w:rsidR="00DB5639" w:rsidRDefault="00DB5639" w:rsidP="00027A1A"/>
        </w:tc>
      </w:tr>
      <w:tr w:rsidR="00DB5639" w14:paraId="34C2FA0E" w14:textId="77777777" w:rsidTr="00DB5639">
        <w:tc>
          <w:tcPr>
            <w:tcW w:w="2160" w:type="dxa"/>
            <w:shd w:val="clear" w:color="auto" w:fill="D9D9D9" w:themeFill="background1" w:themeFillShade="D9"/>
            <w:vAlign w:val="center"/>
          </w:tcPr>
          <w:p w14:paraId="00789785" w14:textId="77777777" w:rsidR="00DB5639" w:rsidRPr="00DB5639" w:rsidRDefault="00DB5639" w:rsidP="00027A1A">
            <w:pPr>
              <w:rPr>
                <w:b/>
              </w:rPr>
            </w:pPr>
            <w:r w:rsidRPr="00DB5639">
              <w:rPr>
                <w:b/>
              </w:rPr>
              <w:t>Before/after school</w:t>
            </w:r>
          </w:p>
        </w:tc>
        <w:tc>
          <w:tcPr>
            <w:tcW w:w="2160" w:type="dxa"/>
          </w:tcPr>
          <w:p w14:paraId="2D598C74" w14:textId="77777777" w:rsidR="00DB5639" w:rsidRDefault="00DB5639" w:rsidP="00027A1A"/>
        </w:tc>
        <w:tc>
          <w:tcPr>
            <w:tcW w:w="2160" w:type="dxa"/>
          </w:tcPr>
          <w:p w14:paraId="5F6E0E63" w14:textId="77777777" w:rsidR="00DB5639" w:rsidRDefault="00DB5639" w:rsidP="00027A1A"/>
        </w:tc>
        <w:tc>
          <w:tcPr>
            <w:tcW w:w="2160" w:type="dxa"/>
          </w:tcPr>
          <w:p w14:paraId="1C2AE5EA" w14:textId="77777777" w:rsidR="00DB5639" w:rsidRDefault="00DB5639" w:rsidP="00027A1A"/>
        </w:tc>
      </w:tr>
      <w:tr w:rsidR="00DB5639" w14:paraId="78C63A17" w14:textId="77777777" w:rsidTr="00DB5639">
        <w:tc>
          <w:tcPr>
            <w:tcW w:w="2160" w:type="dxa"/>
            <w:shd w:val="clear" w:color="auto" w:fill="D9D9D9" w:themeFill="background1" w:themeFillShade="D9"/>
            <w:vAlign w:val="center"/>
          </w:tcPr>
          <w:p w14:paraId="36FFBFD5" w14:textId="77777777" w:rsidR="00DB5639" w:rsidRPr="00DB5639" w:rsidRDefault="00DB5639" w:rsidP="00027A1A">
            <w:pPr>
              <w:rPr>
                <w:b/>
              </w:rPr>
            </w:pPr>
            <w:r w:rsidRPr="00DB5639">
              <w:rPr>
                <w:b/>
              </w:rPr>
              <w:t>Trips and visits</w:t>
            </w:r>
          </w:p>
        </w:tc>
        <w:tc>
          <w:tcPr>
            <w:tcW w:w="2160" w:type="dxa"/>
          </w:tcPr>
          <w:p w14:paraId="0C6F1291" w14:textId="77777777" w:rsidR="00DB5639" w:rsidRDefault="00DB5639" w:rsidP="00027A1A"/>
        </w:tc>
        <w:tc>
          <w:tcPr>
            <w:tcW w:w="2160" w:type="dxa"/>
          </w:tcPr>
          <w:p w14:paraId="1C280365" w14:textId="77777777" w:rsidR="00DB5639" w:rsidRDefault="00DB5639" w:rsidP="00027A1A"/>
        </w:tc>
        <w:tc>
          <w:tcPr>
            <w:tcW w:w="2160" w:type="dxa"/>
          </w:tcPr>
          <w:p w14:paraId="4616EE71" w14:textId="77777777" w:rsidR="00DB5639" w:rsidRDefault="00DB5639" w:rsidP="00027A1A"/>
        </w:tc>
      </w:tr>
    </w:tbl>
    <w:p w14:paraId="67AF8AC6" w14:textId="77777777" w:rsidR="00DB5639" w:rsidRDefault="00DB5639" w:rsidP="00DB5639">
      <w:pPr>
        <w:spacing w:before="100" w:beforeAutospacing="1" w:after="100" w:afterAutospacing="1" w:line="300" w:lineRule="atLeast"/>
        <w:outlineLvl w:val="2"/>
        <w:rPr>
          <w:rFonts w:ascii="Segoe UI" w:eastAsia="Times New Roman" w:hAnsi="Segoe UI" w:cs="Segoe UI"/>
          <w:b/>
          <w:bCs/>
          <w:sz w:val="27"/>
          <w:szCs w:val="27"/>
          <w:lang w:val="en-GB" w:eastAsia="en-GB"/>
        </w:rPr>
      </w:pPr>
    </w:p>
    <w:p w14:paraId="604D3B06" w14:textId="1B75D535" w:rsidR="00DB5639" w:rsidRDefault="00DB5639" w:rsidP="00DB5639">
      <w:pPr>
        <w:spacing w:before="100" w:beforeAutospacing="1" w:after="100" w:afterAutospacing="1" w:line="300" w:lineRule="atLeast"/>
        <w:outlineLvl w:val="2"/>
        <w:rPr>
          <w:rFonts w:ascii="Segoe UI" w:eastAsia="Times New Roman" w:hAnsi="Segoe UI" w:cs="Segoe UI"/>
          <w:b/>
          <w:bCs/>
          <w:color w:val="00B0F0"/>
          <w:sz w:val="27"/>
          <w:szCs w:val="27"/>
          <w:lang w:val="en-GB" w:eastAsia="en-GB"/>
        </w:rPr>
      </w:pPr>
      <w:r w:rsidRPr="00DB5639">
        <w:rPr>
          <w:rFonts w:ascii="Segoe UI" w:eastAsia="Times New Roman" w:hAnsi="Segoe UI" w:cs="Segoe UI"/>
          <w:b/>
          <w:bCs/>
          <w:color w:val="00B0F0"/>
          <w:sz w:val="27"/>
          <w:szCs w:val="27"/>
          <w:lang w:val="en-GB" w:eastAsia="en-GB"/>
        </w:rPr>
        <w:t>Paediatric First Aid (EYFS only)</w:t>
      </w:r>
    </w:p>
    <w:tbl>
      <w:tblPr>
        <w:tblStyle w:val="TableGrid"/>
        <w:tblW w:w="0" w:type="auto"/>
        <w:tblLook w:val="04A0" w:firstRow="1" w:lastRow="0" w:firstColumn="1" w:lastColumn="0" w:noHBand="0" w:noVBand="1"/>
      </w:tblPr>
      <w:tblGrid>
        <w:gridCol w:w="3166"/>
        <w:gridCol w:w="5464"/>
      </w:tblGrid>
      <w:tr w:rsidR="00DB5639" w14:paraId="4DC7D1E9" w14:textId="77777777" w:rsidTr="00B25DF4">
        <w:tc>
          <w:tcPr>
            <w:tcW w:w="3227" w:type="dxa"/>
            <w:shd w:val="clear" w:color="auto" w:fill="D9D9D9" w:themeFill="background1" w:themeFillShade="D9"/>
          </w:tcPr>
          <w:p w14:paraId="617AD594" w14:textId="7D5CD62F" w:rsidR="00DB5639" w:rsidRPr="00B25DF4" w:rsidRDefault="00DB5639" w:rsidP="00DB5639">
            <w:pPr>
              <w:spacing w:before="100" w:beforeAutospacing="1" w:after="100" w:afterAutospacing="1" w:line="300" w:lineRule="atLeast"/>
              <w:outlineLvl w:val="2"/>
              <w:rPr>
                <w:rFonts w:eastAsia="Times New Roman" w:cs="Segoe UI"/>
                <w:b/>
                <w:bCs/>
                <w:szCs w:val="27"/>
                <w:lang w:val="en-GB" w:eastAsia="en-GB"/>
              </w:rPr>
            </w:pPr>
            <w:r w:rsidRPr="00B25DF4">
              <w:rPr>
                <w:rFonts w:eastAsia="Times New Roman" w:cs="Segoe UI"/>
                <w:b/>
                <w:bCs/>
                <w:szCs w:val="27"/>
                <w:lang w:val="en-GB" w:eastAsia="en-GB"/>
              </w:rPr>
              <w:t>Required</w:t>
            </w:r>
          </w:p>
        </w:tc>
        <w:tc>
          <w:tcPr>
            <w:tcW w:w="5629" w:type="dxa"/>
          </w:tcPr>
          <w:p w14:paraId="406069CE" w14:textId="77777777" w:rsidR="00DB5639" w:rsidRDefault="00DB5639" w:rsidP="00DB5639">
            <w:pPr>
              <w:spacing w:before="100" w:beforeAutospacing="1" w:after="100" w:afterAutospacing="1" w:line="300" w:lineRule="atLeast"/>
              <w:outlineLvl w:val="2"/>
              <w:rPr>
                <w:rFonts w:ascii="Segoe UI" w:eastAsia="Times New Roman" w:hAnsi="Segoe UI" w:cs="Segoe UI"/>
                <w:b/>
                <w:bCs/>
                <w:color w:val="00B0F0"/>
                <w:sz w:val="27"/>
                <w:szCs w:val="27"/>
                <w:lang w:val="en-GB" w:eastAsia="en-GB"/>
              </w:rPr>
            </w:pPr>
          </w:p>
        </w:tc>
      </w:tr>
      <w:tr w:rsidR="00DB5639" w14:paraId="4C0D8825" w14:textId="77777777" w:rsidTr="00B25DF4">
        <w:tc>
          <w:tcPr>
            <w:tcW w:w="3227" w:type="dxa"/>
            <w:shd w:val="clear" w:color="auto" w:fill="D9D9D9" w:themeFill="background1" w:themeFillShade="D9"/>
          </w:tcPr>
          <w:p w14:paraId="05CCBBD4" w14:textId="79BA27B8" w:rsidR="00DB5639" w:rsidRPr="00B25DF4" w:rsidRDefault="00DB5639" w:rsidP="00DB5639">
            <w:pPr>
              <w:spacing w:before="100" w:beforeAutospacing="1" w:after="100" w:afterAutospacing="1" w:line="300" w:lineRule="atLeast"/>
              <w:outlineLvl w:val="2"/>
              <w:rPr>
                <w:rFonts w:eastAsia="Times New Roman" w:cs="Segoe UI"/>
                <w:b/>
                <w:bCs/>
                <w:szCs w:val="27"/>
                <w:lang w:val="en-GB" w:eastAsia="en-GB"/>
              </w:rPr>
            </w:pPr>
            <w:r w:rsidRPr="00B25DF4">
              <w:rPr>
                <w:rFonts w:eastAsia="Times New Roman" w:cs="Segoe UI"/>
                <w:b/>
                <w:bCs/>
                <w:szCs w:val="27"/>
                <w:lang w:val="en-GB" w:eastAsia="en-GB"/>
              </w:rPr>
              <w:t>Currently trained staff</w:t>
            </w:r>
          </w:p>
        </w:tc>
        <w:tc>
          <w:tcPr>
            <w:tcW w:w="5629" w:type="dxa"/>
          </w:tcPr>
          <w:p w14:paraId="1A4E61E0" w14:textId="77777777" w:rsidR="00DB5639" w:rsidRDefault="00DB5639" w:rsidP="00DB5639">
            <w:pPr>
              <w:spacing w:before="100" w:beforeAutospacing="1" w:after="100" w:afterAutospacing="1" w:line="300" w:lineRule="atLeast"/>
              <w:outlineLvl w:val="2"/>
              <w:rPr>
                <w:rFonts w:ascii="Segoe UI" w:eastAsia="Times New Roman" w:hAnsi="Segoe UI" w:cs="Segoe UI"/>
                <w:b/>
                <w:bCs/>
                <w:color w:val="00B0F0"/>
                <w:sz w:val="27"/>
                <w:szCs w:val="27"/>
                <w:lang w:val="en-GB" w:eastAsia="en-GB"/>
              </w:rPr>
            </w:pPr>
          </w:p>
        </w:tc>
      </w:tr>
      <w:tr w:rsidR="00DB5639" w14:paraId="339B65E4" w14:textId="77777777" w:rsidTr="00B25DF4">
        <w:tc>
          <w:tcPr>
            <w:tcW w:w="3227" w:type="dxa"/>
            <w:shd w:val="clear" w:color="auto" w:fill="D9D9D9" w:themeFill="background1" w:themeFillShade="D9"/>
          </w:tcPr>
          <w:p w14:paraId="3E2CCF01" w14:textId="1A1F1A3D" w:rsidR="00DB5639" w:rsidRPr="00B25DF4" w:rsidRDefault="00DB5639" w:rsidP="00DB5639">
            <w:pPr>
              <w:spacing w:before="100" w:beforeAutospacing="1" w:after="100" w:afterAutospacing="1" w:line="300" w:lineRule="atLeast"/>
              <w:outlineLvl w:val="2"/>
              <w:rPr>
                <w:rFonts w:eastAsia="Times New Roman" w:cs="Segoe UI"/>
                <w:b/>
                <w:bCs/>
                <w:szCs w:val="27"/>
                <w:lang w:val="en-GB" w:eastAsia="en-GB"/>
              </w:rPr>
            </w:pPr>
            <w:r w:rsidRPr="00B25DF4">
              <w:rPr>
                <w:rFonts w:eastAsia="Times New Roman" w:cs="Segoe UI"/>
                <w:b/>
                <w:bCs/>
                <w:szCs w:val="27"/>
                <w:lang w:val="en-GB" w:eastAsia="en-GB"/>
              </w:rPr>
              <w:t>Gap Identified</w:t>
            </w:r>
          </w:p>
        </w:tc>
        <w:tc>
          <w:tcPr>
            <w:tcW w:w="5629" w:type="dxa"/>
          </w:tcPr>
          <w:p w14:paraId="580E31DA" w14:textId="77777777" w:rsidR="00DB5639" w:rsidRDefault="00DB5639" w:rsidP="00DB5639">
            <w:pPr>
              <w:spacing w:before="100" w:beforeAutospacing="1" w:after="100" w:afterAutospacing="1" w:line="300" w:lineRule="atLeast"/>
              <w:outlineLvl w:val="2"/>
              <w:rPr>
                <w:rFonts w:ascii="Segoe UI" w:eastAsia="Times New Roman" w:hAnsi="Segoe UI" w:cs="Segoe UI"/>
                <w:b/>
                <w:bCs/>
                <w:color w:val="00B0F0"/>
                <w:sz w:val="27"/>
                <w:szCs w:val="27"/>
                <w:lang w:val="en-GB" w:eastAsia="en-GB"/>
              </w:rPr>
            </w:pPr>
          </w:p>
        </w:tc>
      </w:tr>
    </w:tbl>
    <w:p w14:paraId="128116BE" w14:textId="77777777" w:rsidR="00DB5639" w:rsidRPr="00DB5639" w:rsidRDefault="00DB5639" w:rsidP="00DB5639">
      <w:pPr>
        <w:spacing w:before="100" w:beforeAutospacing="1" w:after="100" w:afterAutospacing="1" w:line="300" w:lineRule="atLeast"/>
        <w:outlineLvl w:val="2"/>
        <w:rPr>
          <w:rFonts w:ascii="Segoe UI" w:eastAsia="Times New Roman" w:hAnsi="Segoe UI" w:cs="Segoe UI"/>
          <w:b/>
          <w:bCs/>
          <w:color w:val="00B0F0"/>
          <w:sz w:val="27"/>
          <w:szCs w:val="27"/>
          <w:lang w:val="en-GB" w:eastAsia="en-GB"/>
        </w:rPr>
      </w:pPr>
    </w:p>
    <w:p w14:paraId="2ECE115E" w14:textId="77777777" w:rsidR="00DB5639" w:rsidRDefault="00DB5639" w:rsidP="00DB5639">
      <w:pPr>
        <w:spacing w:after="0" w:line="300" w:lineRule="atLeast"/>
        <w:rPr>
          <w:rFonts w:ascii="Segoe UI" w:eastAsia="Times New Roman" w:hAnsi="Segoe UI" w:cs="Segoe UI"/>
          <w:sz w:val="21"/>
          <w:szCs w:val="21"/>
          <w:lang w:val="en-GB" w:eastAsia="en-GB"/>
        </w:rPr>
      </w:pPr>
    </w:p>
    <w:p w14:paraId="327CFCD8" w14:textId="77777777" w:rsidR="00DB5639" w:rsidRPr="00B25DF4" w:rsidRDefault="00DB5639" w:rsidP="00DB5639">
      <w:pPr>
        <w:pStyle w:val="Heading1"/>
        <w:rPr>
          <w:color w:val="00B0F0"/>
          <w:lang w:val="en-GB" w:eastAsia="en-GB"/>
        </w:rPr>
      </w:pPr>
      <w:r w:rsidRPr="00B25DF4">
        <w:rPr>
          <w:color w:val="00B0F0"/>
          <w:lang w:val="en-GB" w:eastAsia="en-GB"/>
        </w:rPr>
        <w:t>Section 6: Equipment and Facilities</w:t>
      </w:r>
    </w:p>
    <w:p w14:paraId="7FFCBF0F" w14:textId="77777777" w:rsidR="00DB5639" w:rsidRDefault="00DB5639" w:rsidP="00DB5639"/>
    <w:p w14:paraId="1E3AA56D" w14:textId="77777777" w:rsidR="00DB5639" w:rsidRPr="00B25DF4" w:rsidRDefault="00DB5639" w:rsidP="00DB5639">
      <w:pPr>
        <w:spacing w:before="100" w:beforeAutospacing="1" w:after="100" w:afterAutospacing="1" w:line="300" w:lineRule="atLeast"/>
        <w:outlineLvl w:val="2"/>
        <w:rPr>
          <w:rFonts w:ascii="Segoe UI" w:eastAsia="Times New Roman" w:hAnsi="Segoe UI" w:cs="Segoe UI"/>
          <w:b/>
          <w:bCs/>
          <w:color w:val="00B0F0"/>
          <w:sz w:val="27"/>
          <w:szCs w:val="27"/>
          <w:lang w:val="en-GB" w:eastAsia="en-GB"/>
        </w:rPr>
      </w:pPr>
      <w:r w:rsidRPr="00B25DF4">
        <w:rPr>
          <w:rFonts w:ascii="Segoe UI" w:eastAsia="Times New Roman" w:hAnsi="Segoe UI" w:cs="Segoe UI"/>
          <w:b/>
          <w:bCs/>
          <w:color w:val="00B0F0"/>
          <w:sz w:val="27"/>
          <w:szCs w:val="27"/>
          <w:lang w:val="en-GB" w:eastAsia="en-GB"/>
        </w:rPr>
        <w:t>First Aid Kits</w:t>
      </w:r>
    </w:p>
    <w:tbl>
      <w:tblPr>
        <w:tblW w:w="9074" w:type="dxa"/>
        <w:tblCellSpacing w:w="15" w:type="dxa"/>
        <w:tblCellMar>
          <w:top w:w="15" w:type="dxa"/>
          <w:left w:w="15" w:type="dxa"/>
          <w:bottom w:w="15" w:type="dxa"/>
          <w:right w:w="15" w:type="dxa"/>
        </w:tblCellMar>
        <w:tblLook w:val="04A0" w:firstRow="1" w:lastRow="0" w:firstColumn="1" w:lastColumn="0" w:noHBand="0" w:noVBand="1"/>
      </w:tblPr>
      <w:tblGrid>
        <w:gridCol w:w="2340"/>
        <w:gridCol w:w="3397"/>
        <w:gridCol w:w="3337"/>
      </w:tblGrid>
      <w:tr w:rsidR="00DB5639" w:rsidRPr="00230EA0" w14:paraId="2B436AB1" w14:textId="77777777" w:rsidTr="00027A1A">
        <w:trPr>
          <w:trHeight w:val="300"/>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AE90D8E" w14:textId="77777777" w:rsidR="00DB5639" w:rsidRPr="00230EA0" w:rsidRDefault="00DB5639" w:rsidP="00027A1A">
            <w:pPr>
              <w:spacing w:after="0" w:line="240" w:lineRule="auto"/>
              <w:jc w:val="center"/>
              <w:rPr>
                <w:rFonts w:ascii="Times New Roman" w:eastAsia="Times New Roman" w:hAnsi="Times New Roman" w:cs="Times New Roman"/>
                <w:b/>
                <w:bCs/>
                <w:sz w:val="24"/>
                <w:szCs w:val="24"/>
                <w:lang w:val="en-GB" w:eastAsia="en-GB"/>
              </w:rPr>
            </w:pPr>
            <w:r w:rsidRPr="00230EA0">
              <w:rPr>
                <w:rFonts w:ascii="Times New Roman" w:eastAsia="Times New Roman" w:hAnsi="Times New Roman" w:cs="Times New Roman"/>
                <w:b/>
                <w:bCs/>
                <w:sz w:val="24"/>
                <w:szCs w:val="24"/>
                <w:lang w:val="en-GB" w:eastAsia="en-GB"/>
              </w:rPr>
              <w:t>Location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9B9DAF2" w14:textId="77777777" w:rsidR="00DB5639" w:rsidRPr="00230EA0" w:rsidRDefault="00DB5639" w:rsidP="00027A1A">
            <w:pPr>
              <w:spacing w:after="0" w:line="240" w:lineRule="auto"/>
              <w:jc w:val="center"/>
              <w:rPr>
                <w:rFonts w:ascii="Times New Roman" w:eastAsia="Times New Roman" w:hAnsi="Times New Roman" w:cs="Times New Roman"/>
                <w:b/>
                <w:bCs/>
                <w:sz w:val="24"/>
                <w:szCs w:val="24"/>
                <w:lang w:val="en-GB" w:eastAsia="en-GB"/>
              </w:rPr>
            </w:pPr>
            <w:r w:rsidRPr="00230EA0">
              <w:rPr>
                <w:rFonts w:ascii="Times New Roman" w:eastAsia="Times New Roman" w:hAnsi="Times New Roman" w:cs="Times New Roman"/>
                <w:b/>
                <w:bCs/>
                <w:sz w:val="24"/>
                <w:szCs w:val="24"/>
                <w:lang w:val="en-GB" w:eastAsia="en-GB"/>
              </w:rPr>
              <w:t>Adequate? (Y/N)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A11785E" w14:textId="77777777" w:rsidR="00DB5639" w:rsidRPr="00230EA0" w:rsidRDefault="00DB5639" w:rsidP="00027A1A">
            <w:pPr>
              <w:spacing w:after="0" w:line="240" w:lineRule="auto"/>
              <w:jc w:val="center"/>
              <w:rPr>
                <w:rFonts w:ascii="Times New Roman" w:eastAsia="Times New Roman" w:hAnsi="Times New Roman" w:cs="Times New Roman"/>
                <w:b/>
                <w:bCs/>
                <w:sz w:val="24"/>
                <w:szCs w:val="24"/>
                <w:lang w:val="en-GB" w:eastAsia="en-GB"/>
              </w:rPr>
            </w:pPr>
            <w:r w:rsidRPr="00230EA0">
              <w:rPr>
                <w:rFonts w:ascii="Times New Roman" w:eastAsia="Times New Roman" w:hAnsi="Times New Roman" w:cs="Times New Roman"/>
                <w:b/>
                <w:bCs/>
                <w:sz w:val="24"/>
                <w:szCs w:val="24"/>
                <w:lang w:val="en-GB" w:eastAsia="en-GB"/>
              </w:rPr>
              <w:t>Action Required</w:t>
            </w:r>
          </w:p>
        </w:tc>
      </w:tr>
      <w:tr w:rsidR="00DB5639" w:rsidRPr="00230EA0" w14:paraId="34A42DF9" w14:textId="77777777" w:rsidTr="00027A1A">
        <w:trPr>
          <w:trHeight w:val="317"/>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460D926" w14:textId="77777777" w:rsidR="00DB5639" w:rsidRPr="00230EA0" w:rsidRDefault="00DB5639" w:rsidP="00027A1A">
            <w:pPr>
              <w:spacing w:after="0" w:line="240" w:lineRule="auto"/>
              <w:rPr>
                <w:rFonts w:ascii="Times New Roman" w:eastAsia="Times New Roman" w:hAnsi="Times New Roman" w:cs="Times New Roman"/>
                <w:sz w:val="24"/>
                <w:szCs w:val="24"/>
                <w:lang w:val="en-GB" w:eastAsia="en-GB"/>
              </w:rPr>
            </w:pPr>
            <w:r w:rsidRPr="00230EA0">
              <w:rPr>
                <w:rFonts w:ascii="Times New Roman" w:eastAsia="Times New Roman" w:hAnsi="Times New Roman" w:cs="Times New Roman"/>
                <w:sz w:val="24"/>
                <w:szCs w:val="24"/>
                <w:lang w:val="en-GB" w:eastAsia="en-GB"/>
              </w:rPr>
              <w:t>Reception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2776045" w14:textId="77777777" w:rsidR="00DB5639" w:rsidRPr="00230EA0" w:rsidRDefault="00DB5639" w:rsidP="00027A1A">
            <w:pPr>
              <w:spacing w:after="0" w:line="240" w:lineRule="auto"/>
              <w:rPr>
                <w:rFonts w:ascii="Times New Roman" w:eastAsia="Times New Roman" w:hAnsi="Times New Roman" w:cs="Times New Roman"/>
                <w:sz w:val="24"/>
                <w:szCs w:val="24"/>
                <w:lang w:val="en-GB" w:eastAsia="en-GB"/>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8B50C42" w14:textId="77777777" w:rsidR="00DB5639" w:rsidRPr="00230EA0" w:rsidRDefault="00DB5639" w:rsidP="00027A1A">
            <w:pPr>
              <w:spacing w:after="0" w:line="240" w:lineRule="auto"/>
              <w:rPr>
                <w:rFonts w:ascii="Times New Roman" w:eastAsia="Times New Roman" w:hAnsi="Times New Roman" w:cs="Times New Roman"/>
                <w:sz w:val="20"/>
                <w:szCs w:val="20"/>
                <w:lang w:val="en-GB" w:eastAsia="en-GB"/>
              </w:rPr>
            </w:pPr>
          </w:p>
        </w:tc>
      </w:tr>
      <w:tr w:rsidR="00DB5639" w:rsidRPr="00230EA0" w14:paraId="5252C796" w14:textId="77777777" w:rsidTr="00027A1A">
        <w:trPr>
          <w:trHeight w:val="300"/>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98475D0" w14:textId="77777777" w:rsidR="00DB5639" w:rsidRPr="00230EA0" w:rsidRDefault="00DB5639" w:rsidP="00027A1A">
            <w:pPr>
              <w:spacing w:after="0" w:line="240" w:lineRule="auto"/>
              <w:rPr>
                <w:rFonts w:ascii="Times New Roman" w:eastAsia="Times New Roman" w:hAnsi="Times New Roman" w:cs="Times New Roman"/>
                <w:sz w:val="24"/>
                <w:szCs w:val="24"/>
                <w:lang w:val="en-GB" w:eastAsia="en-GB"/>
              </w:rPr>
            </w:pPr>
            <w:r w:rsidRPr="00230EA0">
              <w:rPr>
                <w:rFonts w:ascii="Times New Roman" w:eastAsia="Times New Roman" w:hAnsi="Times New Roman" w:cs="Times New Roman"/>
                <w:sz w:val="24"/>
                <w:szCs w:val="24"/>
                <w:lang w:val="en-GB" w:eastAsia="en-GB"/>
              </w:rPr>
              <w:t>Classrooms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9A86390" w14:textId="77777777" w:rsidR="00DB5639" w:rsidRPr="00230EA0" w:rsidRDefault="00DB5639" w:rsidP="00027A1A">
            <w:pPr>
              <w:spacing w:after="0" w:line="240" w:lineRule="auto"/>
              <w:rPr>
                <w:rFonts w:ascii="Times New Roman" w:eastAsia="Times New Roman" w:hAnsi="Times New Roman" w:cs="Times New Roman"/>
                <w:sz w:val="24"/>
                <w:szCs w:val="24"/>
                <w:lang w:val="en-GB" w:eastAsia="en-GB"/>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C004B3B" w14:textId="77777777" w:rsidR="00DB5639" w:rsidRPr="00230EA0" w:rsidRDefault="00DB5639" w:rsidP="00027A1A">
            <w:pPr>
              <w:spacing w:after="0" w:line="240" w:lineRule="auto"/>
              <w:rPr>
                <w:rFonts w:ascii="Times New Roman" w:eastAsia="Times New Roman" w:hAnsi="Times New Roman" w:cs="Times New Roman"/>
                <w:sz w:val="20"/>
                <w:szCs w:val="20"/>
                <w:lang w:val="en-GB" w:eastAsia="en-GB"/>
              </w:rPr>
            </w:pPr>
          </w:p>
        </w:tc>
      </w:tr>
      <w:tr w:rsidR="00DB5639" w:rsidRPr="00230EA0" w14:paraId="614DD08E" w14:textId="77777777" w:rsidTr="00027A1A">
        <w:trPr>
          <w:trHeight w:val="317"/>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CBFA553" w14:textId="77777777" w:rsidR="00DB5639" w:rsidRPr="00230EA0" w:rsidRDefault="00DB5639" w:rsidP="00027A1A">
            <w:pPr>
              <w:spacing w:after="0" w:line="240" w:lineRule="auto"/>
              <w:rPr>
                <w:rFonts w:ascii="Times New Roman" w:eastAsia="Times New Roman" w:hAnsi="Times New Roman" w:cs="Times New Roman"/>
                <w:sz w:val="24"/>
                <w:szCs w:val="24"/>
                <w:lang w:val="en-GB" w:eastAsia="en-GB"/>
              </w:rPr>
            </w:pPr>
            <w:r w:rsidRPr="00230EA0">
              <w:rPr>
                <w:rFonts w:ascii="Times New Roman" w:eastAsia="Times New Roman" w:hAnsi="Times New Roman" w:cs="Times New Roman"/>
                <w:sz w:val="24"/>
                <w:szCs w:val="24"/>
                <w:lang w:val="en-GB" w:eastAsia="en-GB"/>
              </w:rPr>
              <w:t>Sports areas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F364734" w14:textId="77777777" w:rsidR="00DB5639" w:rsidRPr="00230EA0" w:rsidRDefault="00DB5639" w:rsidP="00027A1A">
            <w:pPr>
              <w:spacing w:after="0" w:line="240" w:lineRule="auto"/>
              <w:rPr>
                <w:rFonts w:ascii="Times New Roman" w:eastAsia="Times New Roman" w:hAnsi="Times New Roman" w:cs="Times New Roman"/>
                <w:sz w:val="24"/>
                <w:szCs w:val="24"/>
                <w:lang w:val="en-GB" w:eastAsia="en-GB"/>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0567EDE" w14:textId="77777777" w:rsidR="00DB5639" w:rsidRPr="00230EA0" w:rsidRDefault="00DB5639" w:rsidP="00027A1A">
            <w:pPr>
              <w:spacing w:after="0" w:line="240" w:lineRule="auto"/>
              <w:rPr>
                <w:rFonts w:ascii="Times New Roman" w:eastAsia="Times New Roman" w:hAnsi="Times New Roman" w:cs="Times New Roman"/>
                <w:sz w:val="20"/>
                <w:szCs w:val="20"/>
                <w:lang w:val="en-GB" w:eastAsia="en-GB"/>
              </w:rPr>
            </w:pPr>
          </w:p>
        </w:tc>
      </w:tr>
      <w:tr w:rsidR="00DB5639" w:rsidRPr="00230EA0" w14:paraId="0ADA671A" w14:textId="77777777" w:rsidTr="00027A1A">
        <w:trPr>
          <w:trHeight w:val="300"/>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146C37D" w14:textId="77777777" w:rsidR="00DB5639" w:rsidRPr="00230EA0" w:rsidRDefault="00DB5639" w:rsidP="00027A1A">
            <w:pPr>
              <w:spacing w:after="0" w:line="240" w:lineRule="auto"/>
              <w:rPr>
                <w:rFonts w:ascii="Times New Roman" w:eastAsia="Times New Roman" w:hAnsi="Times New Roman" w:cs="Times New Roman"/>
                <w:sz w:val="24"/>
                <w:szCs w:val="24"/>
                <w:lang w:val="en-GB" w:eastAsia="en-GB"/>
              </w:rPr>
            </w:pPr>
            <w:r w:rsidRPr="00230EA0">
              <w:rPr>
                <w:rFonts w:ascii="Times New Roman" w:eastAsia="Times New Roman" w:hAnsi="Times New Roman" w:cs="Times New Roman"/>
                <w:sz w:val="24"/>
                <w:szCs w:val="24"/>
                <w:lang w:val="en-GB" w:eastAsia="en-GB"/>
              </w:rPr>
              <w:t>Vehicles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2C6351B" w14:textId="77777777" w:rsidR="00DB5639" w:rsidRPr="00230EA0" w:rsidRDefault="00DB5639" w:rsidP="00027A1A">
            <w:pPr>
              <w:spacing w:after="0" w:line="240" w:lineRule="auto"/>
              <w:rPr>
                <w:rFonts w:ascii="Times New Roman" w:eastAsia="Times New Roman" w:hAnsi="Times New Roman" w:cs="Times New Roman"/>
                <w:sz w:val="24"/>
                <w:szCs w:val="24"/>
                <w:lang w:val="en-GB" w:eastAsia="en-GB"/>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8F0041B" w14:textId="77777777" w:rsidR="00DB5639" w:rsidRPr="00230EA0" w:rsidRDefault="00DB5639" w:rsidP="00027A1A">
            <w:pPr>
              <w:spacing w:after="0" w:line="240" w:lineRule="auto"/>
              <w:rPr>
                <w:rFonts w:ascii="Times New Roman" w:eastAsia="Times New Roman" w:hAnsi="Times New Roman" w:cs="Times New Roman"/>
                <w:sz w:val="20"/>
                <w:szCs w:val="20"/>
                <w:lang w:val="en-GB" w:eastAsia="en-GB"/>
              </w:rPr>
            </w:pPr>
          </w:p>
        </w:tc>
      </w:tr>
    </w:tbl>
    <w:p w14:paraId="77B1FFCC" w14:textId="77777777" w:rsidR="00DB5639" w:rsidRPr="00230EA0" w:rsidRDefault="00DB5639" w:rsidP="00DB5639">
      <w:pPr>
        <w:spacing w:after="0" w:line="300" w:lineRule="atLeast"/>
        <w:rPr>
          <w:rFonts w:ascii="Segoe UI" w:eastAsia="Times New Roman" w:hAnsi="Segoe UI" w:cs="Segoe UI"/>
          <w:sz w:val="21"/>
          <w:szCs w:val="21"/>
          <w:lang w:val="en-GB" w:eastAsia="en-GB"/>
        </w:rPr>
      </w:pPr>
    </w:p>
    <w:p w14:paraId="02AF2D86" w14:textId="77777777" w:rsidR="00DB5639" w:rsidRPr="00B25DF4" w:rsidRDefault="00DB5639" w:rsidP="00DB5639">
      <w:pPr>
        <w:spacing w:before="100" w:beforeAutospacing="1" w:after="100" w:afterAutospacing="1" w:line="300" w:lineRule="atLeast"/>
        <w:outlineLvl w:val="2"/>
        <w:rPr>
          <w:rFonts w:ascii="Segoe UI" w:eastAsia="Times New Roman" w:hAnsi="Segoe UI" w:cs="Segoe UI"/>
          <w:b/>
          <w:bCs/>
          <w:color w:val="00B0F0"/>
          <w:sz w:val="27"/>
          <w:szCs w:val="27"/>
          <w:lang w:val="en-GB" w:eastAsia="en-GB"/>
        </w:rPr>
      </w:pPr>
      <w:r w:rsidRPr="00B25DF4">
        <w:rPr>
          <w:rFonts w:ascii="Segoe UI" w:eastAsia="Times New Roman" w:hAnsi="Segoe UI" w:cs="Segoe UI"/>
          <w:b/>
          <w:bCs/>
          <w:color w:val="00B0F0"/>
          <w:sz w:val="27"/>
          <w:szCs w:val="27"/>
          <w:lang w:val="en-GB" w:eastAsia="en-GB"/>
        </w:rPr>
        <w:t>Additional Equipment</w:t>
      </w:r>
    </w:p>
    <w:tbl>
      <w:tblPr>
        <w:tblW w:w="9001" w:type="dxa"/>
        <w:tblCellSpacing w:w="15" w:type="dxa"/>
        <w:tblCellMar>
          <w:top w:w="15" w:type="dxa"/>
          <w:left w:w="15" w:type="dxa"/>
          <w:bottom w:w="15" w:type="dxa"/>
          <w:right w:w="15" w:type="dxa"/>
        </w:tblCellMar>
        <w:tblLook w:val="04A0" w:firstRow="1" w:lastRow="0" w:firstColumn="1" w:lastColumn="0" w:noHBand="0" w:noVBand="1"/>
      </w:tblPr>
      <w:tblGrid>
        <w:gridCol w:w="4575"/>
        <w:gridCol w:w="1753"/>
        <w:gridCol w:w="2673"/>
      </w:tblGrid>
      <w:tr w:rsidR="00DB5639" w:rsidRPr="00230EA0" w14:paraId="77394F22" w14:textId="77777777" w:rsidTr="00027A1A">
        <w:trPr>
          <w:trHeight w:val="308"/>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5721D43" w14:textId="77777777" w:rsidR="00DB5639" w:rsidRPr="00230EA0" w:rsidRDefault="00DB5639" w:rsidP="00027A1A">
            <w:pPr>
              <w:spacing w:after="0" w:line="240" w:lineRule="auto"/>
              <w:jc w:val="center"/>
              <w:rPr>
                <w:rFonts w:ascii="Times New Roman" w:eastAsia="Times New Roman" w:hAnsi="Times New Roman" w:cs="Times New Roman"/>
                <w:b/>
                <w:bCs/>
                <w:sz w:val="24"/>
                <w:szCs w:val="24"/>
                <w:lang w:val="en-GB" w:eastAsia="en-GB"/>
              </w:rPr>
            </w:pPr>
            <w:r w:rsidRPr="00230EA0">
              <w:rPr>
                <w:rFonts w:ascii="Times New Roman" w:eastAsia="Times New Roman" w:hAnsi="Times New Roman" w:cs="Times New Roman"/>
                <w:b/>
                <w:bCs/>
                <w:sz w:val="24"/>
                <w:szCs w:val="24"/>
                <w:lang w:val="en-GB" w:eastAsia="en-GB"/>
              </w:rPr>
              <w:t>Item</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5D953EE" w14:textId="77777777" w:rsidR="00DB5639" w:rsidRPr="00230EA0" w:rsidRDefault="00DB5639" w:rsidP="00027A1A">
            <w:pPr>
              <w:spacing w:after="0" w:line="240" w:lineRule="auto"/>
              <w:jc w:val="center"/>
              <w:rPr>
                <w:rFonts w:ascii="Times New Roman" w:eastAsia="Times New Roman" w:hAnsi="Times New Roman" w:cs="Times New Roman"/>
                <w:b/>
                <w:bCs/>
                <w:sz w:val="24"/>
                <w:szCs w:val="24"/>
                <w:lang w:val="en-GB" w:eastAsia="en-GB"/>
              </w:rPr>
            </w:pPr>
            <w:r w:rsidRPr="00230EA0">
              <w:rPr>
                <w:rFonts w:ascii="Times New Roman" w:eastAsia="Times New Roman" w:hAnsi="Times New Roman" w:cs="Times New Roman"/>
                <w:b/>
                <w:bCs/>
                <w:sz w:val="24"/>
                <w:szCs w:val="24"/>
                <w:lang w:val="en-GB" w:eastAsia="en-GB"/>
              </w:rPr>
              <w:t>Available?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D75B1F9" w14:textId="77777777" w:rsidR="00DB5639" w:rsidRPr="00230EA0" w:rsidRDefault="00DB5639" w:rsidP="00027A1A">
            <w:pPr>
              <w:spacing w:after="0" w:line="240" w:lineRule="auto"/>
              <w:jc w:val="center"/>
              <w:rPr>
                <w:rFonts w:ascii="Times New Roman" w:eastAsia="Times New Roman" w:hAnsi="Times New Roman" w:cs="Times New Roman"/>
                <w:b/>
                <w:bCs/>
                <w:sz w:val="24"/>
                <w:szCs w:val="24"/>
                <w:lang w:val="en-GB" w:eastAsia="en-GB"/>
              </w:rPr>
            </w:pPr>
            <w:r w:rsidRPr="00230EA0">
              <w:rPr>
                <w:rFonts w:ascii="Times New Roman" w:eastAsia="Times New Roman" w:hAnsi="Times New Roman" w:cs="Times New Roman"/>
                <w:b/>
                <w:bCs/>
                <w:sz w:val="24"/>
                <w:szCs w:val="24"/>
                <w:lang w:val="en-GB" w:eastAsia="en-GB"/>
              </w:rPr>
              <w:t>Action Required</w:t>
            </w:r>
          </w:p>
        </w:tc>
      </w:tr>
      <w:tr w:rsidR="00DB5639" w:rsidRPr="00230EA0" w14:paraId="408B0DB1" w14:textId="77777777" w:rsidTr="00027A1A">
        <w:trPr>
          <w:trHeight w:val="325"/>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C9DB599" w14:textId="77777777" w:rsidR="00DB5639" w:rsidRPr="00230EA0" w:rsidRDefault="00DB5639" w:rsidP="00027A1A">
            <w:pPr>
              <w:spacing w:after="0" w:line="240" w:lineRule="auto"/>
              <w:rPr>
                <w:rFonts w:ascii="Times New Roman" w:eastAsia="Times New Roman" w:hAnsi="Times New Roman" w:cs="Times New Roman"/>
                <w:sz w:val="24"/>
                <w:szCs w:val="24"/>
                <w:lang w:val="en-GB" w:eastAsia="en-GB"/>
              </w:rPr>
            </w:pPr>
            <w:r w:rsidRPr="00230EA0">
              <w:rPr>
                <w:rFonts w:ascii="Times New Roman" w:eastAsia="Times New Roman" w:hAnsi="Times New Roman" w:cs="Times New Roman"/>
                <w:sz w:val="24"/>
                <w:szCs w:val="24"/>
                <w:lang w:val="en-GB" w:eastAsia="en-GB"/>
              </w:rPr>
              <w:t>Defibrillator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94C9E4C" w14:textId="77777777" w:rsidR="00DB5639" w:rsidRPr="00230EA0" w:rsidRDefault="00DB5639" w:rsidP="00027A1A">
            <w:pPr>
              <w:spacing w:after="0" w:line="240" w:lineRule="auto"/>
              <w:rPr>
                <w:rFonts w:ascii="Times New Roman" w:eastAsia="Times New Roman" w:hAnsi="Times New Roman" w:cs="Times New Roman"/>
                <w:sz w:val="24"/>
                <w:szCs w:val="24"/>
                <w:lang w:val="en-GB" w:eastAsia="en-GB"/>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B61C339" w14:textId="77777777" w:rsidR="00DB5639" w:rsidRPr="00230EA0" w:rsidRDefault="00DB5639" w:rsidP="00027A1A">
            <w:pPr>
              <w:spacing w:after="0" w:line="240" w:lineRule="auto"/>
              <w:rPr>
                <w:rFonts w:ascii="Times New Roman" w:eastAsia="Times New Roman" w:hAnsi="Times New Roman" w:cs="Times New Roman"/>
                <w:sz w:val="20"/>
                <w:szCs w:val="20"/>
                <w:lang w:val="en-GB" w:eastAsia="en-GB"/>
              </w:rPr>
            </w:pPr>
          </w:p>
        </w:tc>
      </w:tr>
      <w:tr w:rsidR="00DB5639" w:rsidRPr="00230EA0" w14:paraId="55F2622B" w14:textId="77777777" w:rsidTr="00027A1A">
        <w:trPr>
          <w:trHeight w:val="308"/>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1990AAE" w14:textId="77777777" w:rsidR="00DB5639" w:rsidRPr="00230EA0" w:rsidRDefault="00DB5639" w:rsidP="00027A1A">
            <w:pPr>
              <w:spacing w:after="0" w:line="240" w:lineRule="auto"/>
              <w:rPr>
                <w:rFonts w:ascii="Times New Roman" w:eastAsia="Times New Roman" w:hAnsi="Times New Roman" w:cs="Times New Roman"/>
                <w:sz w:val="24"/>
                <w:szCs w:val="24"/>
                <w:lang w:val="en-GB" w:eastAsia="en-GB"/>
              </w:rPr>
            </w:pPr>
            <w:r w:rsidRPr="00230EA0">
              <w:rPr>
                <w:rFonts w:ascii="Times New Roman" w:eastAsia="Times New Roman" w:hAnsi="Times New Roman" w:cs="Times New Roman"/>
                <w:sz w:val="24"/>
                <w:szCs w:val="24"/>
                <w:lang w:val="en-GB" w:eastAsia="en-GB"/>
              </w:rPr>
              <w:t>Medical room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73B84B5" w14:textId="77777777" w:rsidR="00DB5639" w:rsidRPr="00230EA0" w:rsidRDefault="00DB5639" w:rsidP="00027A1A">
            <w:pPr>
              <w:spacing w:after="0" w:line="240" w:lineRule="auto"/>
              <w:rPr>
                <w:rFonts w:ascii="Times New Roman" w:eastAsia="Times New Roman" w:hAnsi="Times New Roman" w:cs="Times New Roman"/>
                <w:sz w:val="24"/>
                <w:szCs w:val="24"/>
                <w:lang w:val="en-GB" w:eastAsia="en-GB"/>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15F093E" w14:textId="77777777" w:rsidR="00DB5639" w:rsidRPr="00230EA0" w:rsidRDefault="00DB5639" w:rsidP="00027A1A">
            <w:pPr>
              <w:spacing w:after="0" w:line="240" w:lineRule="auto"/>
              <w:rPr>
                <w:rFonts w:ascii="Times New Roman" w:eastAsia="Times New Roman" w:hAnsi="Times New Roman" w:cs="Times New Roman"/>
                <w:sz w:val="20"/>
                <w:szCs w:val="20"/>
                <w:lang w:val="en-GB" w:eastAsia="en-GB"/>
              </w:rPr>
            </w:pPr>
          </w:p>
        </w:tc>
      </w:tr>
      <w:tr w:rsidR="00DB5639" w:rsidRPr="00230EA0" w14:paraId="696FFB33" w14:textId="77777777" w:rsidTr="00027A1A">
        <w:trPr>
          <w:trHeight w:val="325"/>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EACF2DF" w14:textId="77777777" w:rsidR="00DB5639" w:rsidRPr="00230EA0" w:rsidRDefault="00DB5639" w:rsidP="00027A1A">
            <w:pPr>
              <w:spacing w:after="0" w:line="240" w:lineRule="auto"/>
              <w:rPr>
                <w:rFonts w:ascii="Times New Roman" w:eastAsia="Times New Roman" w:hAnsi="Times New Roman" w:cs="Times New Roman"/>
                <w:sz w:val="24"/>
                <w:szCs w:val="24"/>
                <w:lang w:val="en-GB" w:eastAsia="en-GB"/>
              </w:rPr>
            </w:pPr>
            <w:r w:rsidRPr="00230EA0">
              <w:rPr>
                <w:rFonts w:ascii="Times New Roman" w:eastAsia="Times New Roman" w:hAnsi="Times New Roman" w:cs="Times New Roman"/>
                <w:sz w:val="24"/>
                <w:szCs w:val="24"/>
                <w:lang w:val="en-GB" w:eastAsia="en-GB"/>
              </w:rPr>
              <w:t>Emergency medication storage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BEE3A63" w14:textId="77777777" w:rsidR="00DB5639" w:rsidRPr="00230EA0" w:rsidRDefault="00DB5639" w:rsidP="00027A1A">
            <w:pPr>
              <w:spacing w:after="0" w:line="240" w:lineRule="auto"/>
              <w:rPr>
                <w:rFonts w:ascii="Times New Roman" w:eastAsia="Times New Roman" w:hAnsi="Times New Roman" w:cs="Times New Roman"/>
                <w:sz w:val="24"/>
                <w:szCs w:val="24"/>
                <w:lang w:val="en-GB" w:eastAsia="en-GB"/>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D42DEF3" w14:textId="77777777" w:rsidR="00DB5639" w:rsidRPr="00230EA0" w:rsidRDefault="00DB5639" w:rsidP="00027A1A">
            <w:pPr>
              <w:spacing w:after="0" w:line="240" w:lineRule="auto"/>
              <w:rPr>
                <w:rFonts w:ascii="Times New Roman" w:eastAsia="Times New Roman" w:hAnsi="Times New Roman" w:cs="Times New Roman"/>
                <w:sz w:val="20"/>
                <w:szCs w:val="20"/>
                <w:lang w:val="en-GB" w:eastAsia="en-GB"/>
              </w:rPr>
            </w:pPr>
          </w:p>
        </w:tc>
      </w:tr>
    </w:tbl>
    <w:p w14:paraId="0804B516" w14:textId="77777777" w:rsidR="00DB5639" w:rsidRPr="00230EA0" w:rsidRDefault="00DB5639" w:rsidP="00DB5639"/>
    <w:p w14:paraId="37A3D380" w14:textId="411EA3E3" w:rsidR="00DB5639" w:rsidRDefault="00DB5639" w:rsidP="00DB5639">
      <w:pPr>
        <w:pStyle w:val="Heading1"/>
        <w:rPr>
          <w:color w:val="00B0F0"/>
          <w:lang w:val="en-GB" w:eastAsia="en-GB"/>
        </w:rPr>
      </w:pPr>
      <w:r w:rsidRPr="00B25DF4">
        <w:rPr>
          <w:color w:val="00B0F0"/>
          <w:lang w:val="en-GB" w:eastAsia="en-GB"/>
        </w:rPr>
        <w:t>Section 7: Summary of Risks and Actions</w:t>
      </w:r>
    </w:p>
    <w:p w14:paraId="4F820C9D" w14:textId="4B2AB202" w:rsidR="00DC0218" w:rsidRDefault="00DC0218" w:rsidP="00DC0218">
      <w:pPr>
        <w:rPr>
          <w:lang w:val="en-GB" w:eastAsia="en-GB"/>
        </w:rPr>
      </w:pPr>
    </w:p>
    <w:p w14:paraId="5D698D95" w14:textId="77777777" w:rsidR="00DC0218" w:rsidRPr="00DC0218" w:rsidRDefault="00DC0218" w:rsidP="00DC0218">
      <w:pPr>
        <w:spacing w:before="100" w:beforeAutospacing="1" w:after="100" w:afterAutospacing="1"/>
        <w:rPr>
          <w:rFonts w:ascii="Segoe UI" w:hAnsi="Segoe UI" w:cs="Segoe UI"/>
          <w:szCs w:val="21"/>
        </w:rPr>
      </w:pPr>
      <w:r w:rsidRPr="00DC0218">
        <w:rPr>
          <w:rFonts w:ascii="Segoe UI" w:hAnsi="Segoe UI" w:cs="Segoe UI"/>
          <w:szCs w:val="21"/>
        </w:rPr>
        <w:t>□ Review whether allergy training, emergency medication and Individual Healthcare Plans remain current.</w:t>
      </w:r>
    </w:p>
    <w:p w14:paraId="22F5AC6B" w14:textId="77777777" w:rsidR="00DB5639" w:rsidRPr="00BE772F" w:rsidRDefault="00DB5639" w:rsidP="00DB5639">
      <w:pPr>
        <w:spacing w:before="100" w:beforeAutospacing="1" w:after="100" w:afterAutospacing="1" w:line="300" w:lineRule="atLeast"/>
        <w:outlineLvl w:val="2"/>
        <w:rPr>
          <w:rFonts w:ascii="Segoe UI" w:eastAsia="Times New Roman" w:hAnsi="Segoe UI" w:cs="Segoe UI"/>
          <w:b/>
          <w:bCs/>
          <w:sz w:val="27"/>
          <w:szCs w:val="27"/>
          <w:lang w:val="en-GB" w:eastAsia="en-GB"/>
        </w:rPr>
      </w:pPr>
      <w:r w:rsidRPr="00BE772F">
        <w:rPr>
          <w:rFonts w:ascii="Segoe UI" w:eastAsia="Times New Roman" w:hAnsi="Segoe UI" w:cs="Segoe UI"/>
          <w:b/>
          <w:bCs/>
          <w:sz w:val="27"/>
          <w:szCs w:val="27"/>
          <w:lang w:val="en-GB" w:eastAsia="en-GB"/>
        </w:rPr>
        <w:t>Key Risks Identified:</w:t>
      </w:r>
    </w:p>
    <w:p w14:paraId="45E45352" w14:textId="77777777" w:rsidR="00DB5639" w:rsidRPr="00BE772F" w:rsidRDefault="00DB5639" w:rsidP="00DB5639">
      <w:pPr>
        <w:numPr>
          <w:ilvl w:val="0"/>
          <w:numId w:val="40"/>
        </w:numPr>
        <w:spacing w:before="100" w:beforeAutospacing="1" w:after="100" w:afterAutospacing="1" w:line="300" w:lineRule="atLeast"/>
        <w:rPr>
          <w:rFonts w:ascii="Segoe UI" w:eastAsia="Times New Roman" w:hAnsi="Segoe UI" w:cs="Segoe UI"/>
          <w:sz w:val="21"/>
          <w:szCs w:val="21"/>
          <w:lang w:val="en-GB" w:eastAsia="en-GB"/>
        </w:rPr>
      </w:pPr>
    </w:p>
    <w:p w14:paraId="635D5172" w14:textId="77777777" w:rsidR="00DB5639" w:rsidRPr="00BE772F" w:rsidRDefault="00DB5639" w:rsidP="00DB5639">
      <w:pPr>
        <w:numPr>
          <w:ilvl w:val="0"/>
          <w:numId w:val="40"/>
        </w:numPr>
        <w:spacing w:before="100" w:beforeAutospacing="1" w:after="100" w:afterAutospacing="1" w:line="300" w:lineRule="atLeast"/>
        <w:rPr>
          <w:rFonts w:ascii="Segoe UI" w:eastAsia="Times New Roman" w:hAnsi="Segoe UI" w:cs="Segoe UI"/>
          <w:sz w:val="21"/>
          <w:szCs w:val="21"/>
          <w:lang w:val="en-GB" w:eastAsia="en-GB"/>
        </w:rPr>
      </w:pPr>
    </w:p>
    <w:p w14:paraId="0E0A6865" w14:textId="77777777" w:rsidR="00DB5639" w:rsidRPr="00BE772F" w:rsidRDefault="00DB5639" w:rsidP="00DB5639">
      <w:pPr>
        <w:numPr>
          <w:ilvl w:val="0"/>
          <w:numId w:val="40"/>
        </w:numPr>
        <w:spacing w:before="100" w:beforeAutospacing="1" w:after="100" w:afterAutospacing="1" w:line="300" w:lineRule="atLeast"/>
        <w:rPr>
          <w:rFonts w:ascii="Segoe UI" w:eastAsia="Times New Roman" w:hAnsi="Segoe UI" w:cs="Segoe UI"/>
          <w:sz w:val="21"/>
          <w:szCs w:val="21"/>
          <w:lang w:val="en-GB" w:eastAsia="en-GB"/>
        </w:rPr>
      </w:pPr>
    </w:p>
    <w:p w14:paraId="26CE6C20" w14:textId="77777777" w:rsidR="00DC0218" w:rsidRDefault="00DC0218" w:rsidP="00DB5639">
      <w:pPr>
        <w:spacing w:before="100" w:beforeAutospacing="1" w:after="100" w:afterAutospacing="1" w:line="300" w:lineRule="atLeast"/>
        <w:outlineLvl w:val="2"/>
        <w:rPr>
          <w:rFonts w:ascii="Segoe UI" w:eastAsia="Times New Roman" w:hAnsi="Segoe UI" w:cs="Segoe UI"/>
          <w:b/>
          <w:bCs/>
          <w:color w:val="00B0F0"/>
          <w:sz w:val="27"/>
          <w:szCs w:val="27"/>
          <w:lang w:val="en-GB" w:eastAsia="en-GB"/>
        </w:rPr>
      </w:pPr>
    </w:p>
    <w:p w14:paraId="7D9E48E3" w14:textId="77777777" w:rsidR="00DC0218" w:rsidRDefault="00DC0218" w:rsidP="00DB5639">
      <w:pPr>
        <w:spacing w:before="100" w:beforeAutospacing="1" w:after="100" w:afterAutospacing="1" w:line="300" w:lineRule="atLeast"/>
        <w:outlineLvl w:val="2"/>
        <w:rPr>
          <w:rFonts w:ascii="Segoe UI" w:eastAsia="Times New Roman" w:hAnsi="Segoe UI" w:cs="Segoe UI"/>
          <w:b/>
          <w:bCs/>
          <w:color w:val="00B0F0"/>
          <w:sz w:val="27"/>
          <w:szCs w:val="27"/>
          <w:lang w:val="en-GB" w:eastAsia="en-GB"/>
        </w:rPr>
      </w:pPr>
    </w:p>
    <w:p w14:paraId="28980103" w14:textId="77777777" w:rsidR="00DC0218" w:rsidRDefault="00DC0218" w:rsidP="00DB5639">
      <w:pPr>
        <w:spacing w:before="100" w:beforeAutospacing="1" w:after="100" w:afterAutospacing="1" w:line="300" w:lineRule="atLeast"/>
        <w:outlineLvl w:val="2"/>
        <w:rPr>
          <w:rFonts w:ascii="Segoe UI" w:eastAsia="Times New Roman" w:hAnsi="Segoe UI" w:cs="Segoe UI"/>
          <w:b/>
          <w:bCs/>
          <w:color w:val="00B0F0"/>
          <w:sz w:val="27"/>
          <w:szCs w:val="27"/>
          <w:lang w:val="en-GB" w:eastAsia="en-GB"/>
        </w:rPr>
      </w:pPr>
    </w:p>
    <w:p w14:paraId="4053A656" w14:textId="3C5F2194" w:rsidR="00DB5639" w:rsidRPr="00B25DF4" w:rsidRDefault="00DB5639" w:rsidP="00DB5639">
      <w:pPr>
        <w:spacing w:before="100" w:beforeAutospacing="1" w:after="100" w:afterAutospacing="1" w:line="300" w:lineRule="atLeast"/>
        <w:outlineLvl w:val="2"/>
        <w:rPr>
          <w:rFonts w:ascii="Segoe UI" w:eastAsia="Times New Roman" w:hAnsi="Segoe UI" w:cs="Segoe UI"/>
          <w:b/>
          <w:bCs/>
          <w:color w:val="00B0F0"/>
          <w:sz w:val="27"/>
          <w:szCs w:val="27"/>
          <w:lang w:val="en-GB" w:eastAsia="en-GB"/>
        </w:rPr>
      </w:pPr>
      <w:r w:rsidRPr="00B25DF4">
        <w:rPr>
          <w:rFonts w:ascii="Segoe UI" w:eastAsia="Times New Roman" w:hAnsi="Segoe UI" w:cs="Segoe UI"/>
          <w:b/>
          <w:bCs/>
          <w:color w:val="00B0F0"/>
          <w:sz w:val="27"/>
          <w:szCs w:val="27"/>
          <w:lang w:val="en-GB" w:eastAsia="en-GB"/>
        </w:rPr>
        <w:t>Actions Required:</w:t>
      </w:r>
    </w:p>
    <w:tbl>
      <w:tblPr>
        <w:tblW w:w="9004" w:type="dxa"/>
        <w:tblCellSpacing w:w="15" w:type="dxa"/>
        <w:tblInd w:w="-48" w:type="dxa"/>
        <w:tblCellMar>
          <w:top w:w="15" w:type="dxa"/>
          <w:left w:w="15" w:type="dxa"/>
          <w:bottom w:w="15" w:type="dxa"/>
          <w:right w:w="15" w:type="dxa"/>
        </w:tblCellMar>
        <w:tblLook w:val="04A0" w:firstRow="1" w:lastRow="0" w:firstColumn="1" w:lastColumn="0" w:noHBand="0" w:noVBand="1"/>
      </w:tblPr>
      <w:tblGrid>
        <w:gridCol w:w="115"/>
        <w:gridCol w:w="2665"/>
        <w:gridCol w:w="30"/>
        <w:gridCol w:w="2880"/>
        <w:gridCol w:w="30"/>
        <w:gridCol w:w="2770"/>
        <w:gridCol w:w="514"/>
      </w:tblGrid>
      <w:tr w:rsidR="00DB5639" w:rsidRPr="00BE772F" w14:paraId="7E977005" w14:textId="77777777" w:rsidTr="00027A1A">
        <w:trPr>
          <w:gridBefore w:val="1"/>
          <w:wBefore w:w="19" w:type="dxa"/>
          <w:trHeight w:val="876"/>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tcPr>
          <w:p w14:paraId="6420FB32" w14:textId="77777777" w:rsidR="00DB5639" w:rsidRPr="00BE772F" w:rsidRDefault="00DB5639" w:rsidP="00027A1A">
            <w:pPr>
              <w:spacing w:after="0" w:line="240" w:lineRule="auto"/>
              <w:jc w:val="center"/>
              <w:rPr>
                <w:rFonts w:ascii="Times New Roman" w:eastAsia="Times New Roman" w:hAnsi="Times New Roman" w:cs="Times New Roman"/>
                <w:b/>
                <w:bCs/>
                <w:sz w:val="24"/>
                <w:szCs w:val="24"/>
                <w:lang w:val="en-GB" w:eastAsia="en-GB"/>
              </w:rPr>
            </w:pPr>
            <w:r>
              <w:rPr>
                <w:b/>
                <w:bCs/>
              </w:rPr>
              <w:t>Action</w:t>
            </w:r>
          </w:p>
        </w:tc>
        <w:tc>
          <w:tcPr>
            <w:tcW w:w="0" w:type="auto"/>
            <w:gridSpan w:val="3"/>
            <w:tcBorders>
              <w:top w:val="single" w:sz="6" w:space="0" w:color="E6E6E6"/>
              <w:left w:val="single" w:sz="6" w:space="0" w:color="E6E6E6"/>
              <w:bottom w:val="single" w:sz="6" w:space="0" w:color="E6E6E6"/>
              <w:right w:val="single" w:sz="6" w:space="0" w:color="E6E6E6"/>
            </w:tcBorders>
            <w:shd w:val="clear" w:color="auto" w:fill="F5F5F5"/>
            <w:vAlign w:val="center"/>
          </w:tcPr>
          <w:p w14:paraId="605191B7" w14:textId="77777777" w:rsidR="00DB5639" w:rsidRPr="00BE772F" w:rsidRDefault="00DB5639" w:rsidP="00027A1A">
            <w:pPr>
              <w:spacing w:after="0" w:line="240" w:lineRule="auto"/>
              <w:jc w:val="center"/>
              <w:rPr>
                <w:rFonts w:ascii="Times New Roman" w:eastAsia="Times New Roman" w:hAnsi="Times New Roman" w:cs="Times New Roman"/>
                <w:b/>
                <w:bCs/>
                <w:sz w:val="24"/>
                <w:szCs w:val="24"/>
                <w:lang w:val="en-GB" w:eastAsia="en-GB"/>
              </w:rPr>
            </w:pPr>
            <w:r>
              <w:rPr>
                <w:b/>
                <w:bCs/>
              </w:rPr>
              <w:t>Responsible Person</w:t>
            </w:r>
          </w:p>
        </w:tc>
        <w:tc>
          <w:tcPr>
            <w:tcW w:w="0" w:type="auto"/>
            <w:gridSpan w:val="2"/>
            <w:tcBorders>
              <w:top w:val="single" w:sz="6" w:space="0" w:color="E6E6E6"/>
              <w:left w:val="single" w:sz="6" w:space="0" w:color="E6E6E6"/>
              <w:bottom w:val="single" w:sz="6" w:space="0" w:color="E6E6E6"/>
              <w:right w:val="single" w:sz="6" w:space="0" w:color="E6E6E6"/>
            </w:tcBorders>
            <w:shd w:val="clear" w:color="auto" w:fill="F5F5F5"/>
            <w:vAlign w:val="center"/>
          </w:tcPr>
          <w:p w14:paraId="3450108B" w14:textId="77777777" w:rsidR="00DB5639" w:rsidRPr="00BE772F" w:rsidRDefault="00DB5639" w:rsidP="00027A1A">
            <w:pPr>
              <w:spacing w:after="0" w:line="240" w:lineRule="auto"/>
              <w:jc w:val="center"/>
              <w:rPr>
                <w:rFonts w:ascii="Times New Roman" w:eastAsia="Times New Roman" w:hAnsi="Times New Roman" w:cs="Times New Roman"/>
                <w:b/>
                <w:bCs/>
                <w:sz w:val="24"/>
                <w:szCs w:val="24"/>
                <w:lang w:val="en-GB" w:eastAsia="en-GB"/>
              </w:rPr>
            </w:pPr>
            <w:r>
              <w:rPr>
                <w:b/>
                <w:bCs/>
              </w:rPr>
              <w:t>Deadline</w:t>
            </w:r>
          </w:p>
        </w:tc>
      </w:tr>
      <w:tr w:rsidR="00DB5639" w:rsidRPr="00BE772F" w14:paraId="6FDCC752" w14:textId="77777777" w:rsidTr="00027A1A">
        <w:trPr>
          <w:gridBefore w:val="1"/>
          <w:wBefore w:w="19" w:type="dxa"/>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12B1739E" w14:textId="77777777" w:rsidR="00DB5639" w:rsidRPr="00BE772F" w:rsidRDefault="00DB5639" w:rsidP="00027A1A">
            <w:pPr>
              <w:spacing w:after="0" w:line="240" w:lineRule="auto"/>
              <w:jc w:val="center"/>
              <w:rPr>
                <w:rFonts w:ascii="Times New Roman" w:eastAsia="Times New Roman" w:hAnsi="Times New Roman" w:cs="Times New Roman"/>
                <w:b/>
                <w:bCs/>
                <w:sz w:val="24"/>
                <w:szCs w:val="24"/>
                <w:lang w:val="en-GB" w:eastAsia="en-GB"/>
              </w:rPr>
            </w:pPr>
          </w:p>
        </w:tc>
        <w:tc>
          <w:tcPr>
            <w:tcW w:w="0" w:type="auto"/>
            <w:gridSpan w:val="3"/>
            <w:tcBorders>
              <w:top w:val="single" w:sz="6" w:space="0" w:color="E6E6E6"/>
              <w:left w:val="single" w:sz="6" w:space="0" w:color="E6E6E6"/>
              <w:bottom w:val="single" w:sz="6" w:space="0" w:color="E6E6E6"/>
              <w:right w:val="single" w:sz="6" w:space="0" w:color="E6E6E6"/>
            </w:tcBorders>
            <w:vAlign w:val="center"/>
          </w:tcPr>
          <w:p w14:paraId="3CAD3B5B" w14:textId="77777777" w:rsidR="00DB5639" w:rsidRPr="00BE772F" w:rsidRDefault="00DB5639" w:rsidP="00027A1A">
            <w:pPr>
              <w:spacing w:after="0" w:line="240" w:lineRule="auto"/>
              <w:rPr>
                <w:rFonts w:ascii="Times New Roman" w:eastAsia="Times New Roman" w:hAnsi="Times New Roman" w:cs="Times New Roman"/>
                <w:sz w:val="20"/>
                <w:szCs w:val="20"/>
                <w:lang w:val="en-GB" w:eastAsia="en-GB"/>
              </w:rPr>
            </w:pPr>
          </w:p>
        </w:tc>
        <w:tc>
          <w:tcPr>
            <w:tcW w:w="0" w:type="auto"/>
            <w:gridSpan w:val="2"/>
            <w:tcBorders>
              <w:top w:val="single" w:sz="6" w:space="0" w:color="E6E6E6"/>
              <w:left w:val="single" w:sz="6" w:space="0" w:color="E6E6E6"/>
              <w:bottom w:val="single" w:sz="6" w:space="0" w:color="E6E6E6"/>
              <w:right w:val="single" w:sz="6" w:space="0" w:color="E6E6E6"/>
            </w:tcBorders>
            <w:vAlign w:val="center"/>
          </w:tcPr>
          <w:p w14:paraId="5CCAEC6C" w14:textId="77777777" w:rsidR="00DB5639" w:rsidRPr="00BE772F" w:rsidRDefault="00DB5639" w:rsidP="00027A1A">
            <w:pPr>
              <w:spacing w:after="0" w:line="240" w:lineRule="auto"/>
              <w:rPr>
                <w:rFonts w:ascii="Times New Roman" w:eastAsia="Times New Roman" w:hAnsi="Times New Roman" w:cs="Times New Roman"/>
                <w:sz w:val="20"/>
                <w:szCs w:val="20"/>
                <w:lang w:val="en-GB" w:eastAsia="en-GB"/>
              </w:rPr>
            </w:pPr>
          </w:p>
        </w:tc>
      </w:tr>
      <w:tr w:rsidR="00DB5639" w:rsidRPr="00BE772F" w14:paraId="0195156F" w14:textId="77777777" w:rsidTr="00027A1A">
        <w:trPr>
          <w:gridBefore w:val="1"/>
          <w:wBefore w:w="19" w:type="dxa"/>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03D777B3" w14:textId="77777777" w:rsidR="00DB5639" w:rsidRPr="00BE772F" w:rsidRDefault="00DB5639" w:rsidP="00027A1A">
            <w:pPr>
              <w:spacing w:after="0" w:line="240" w:lineRule="auto"/>
              <w:rPr>
                <w:rFonts w:ascii="Times New Roman" w:eastAsia="Times New Roman" w:hAnsi="Times New Roman" w:cs="Times New Roman"/>
                <w:sz w:val="20"/>
                <w:szCs w:val="20"/>
                <w:lang w:val="en-GB" w:eastAsia="en-GB"/>
              </w:rPr>
            </w:pPr>
          </w:p>
        </w:tc>
        <w:tc>
          <w:tcPr>
            <w:tcW w:w="0" w:type="auto"/>
            <w:gridSpan w:val="3"/>
            <w:tcBorders>
              <w:top w:val="single" w:sz="6" w:space="0" w:color="E6E6E6"/>
              <w:left w:val="single" w:sz="6" w:space="0" w:color="E6E6E6"/>
              <w:bottom w:val="single" w:sz="6" w:space="0" w:color="E6E6E6"/>
              <w:right w:val="single" w:sz="6" w:space="0" w:color="E6E6E6"/>
            </w:tcBorders>
            <w:vAlign w:val="center"/>
          </w:tcPr>
          <w:p w14:paraId="7C17B882" w14:textId="77777777" w:rsidR="00DB5639" w:rsidRPr="00BE772F" w:rsidRDefault="00DB5639" w:rsidP="00027A1A">
            <w:pPr>
              <w:spacing w:after="0" w:line="240" w:lineRule="auto"/>
              <w:rPr>
                <w:rFonts w:ascii="Times New Roman" w:eastAsia="Times New Roman" w:hAnsi="Times New Roman" w:cs="Times New Roman"/>
                <w:sz w:val="20"/>
                <w:szCs w:val="20"/>
                <w:lang w:val="en-GB" w:eastAsia="en-GB"/>
              </w:rPr>
            </w:pPr>
          </w:p>
        </w:tc>
        <w:tc>
          <w:tcPr>
            <w:tcW w:w="0" w:type="auto"/>
            <w:gridSpan w:val="2"/>
            <w:tcBorders>
              <w:top w:val="single" w:sz="6" w:space="0" w:color="E6E6E6"/>
              <w:left w:val="single" w:sz="6" w:space="0" w:color="E6E6E6"/>
              <w:bottom w:val="single" w:sz="6" w:space="0" w:color="E6E6E6"/>
              <w:right w:val="single" w:sz="6" w:space="0" w:color="E6E6E6"/>
            </w:tcBorders>
            <w:vAlign w:val="center"/>
          </w:tcPr>
          <w:p w14:paraId="350E530E" w14:textId="77777777" w:rsidR="00DB5639" w:rsidRPr="00BE772F" w:rsidRDefault="00DB5639" w:rsidP="00027A1A">
            <w:pPr>
              <w:spacing w:after="0" w:line="240" w:lineRule="auto"/>
              <w:rPr>
                <w:rFonts w:ascii="Times New Roman" w:eastAsia="Times New Roman" w:hAnsi="Times New Roman" w:cs="Times New Roman"/>
                <w:sz w:val="20"/>
                <w:szCs w:val="20"/>
                <w:lang w:val="en-GB" w:eastAsia="en-GB"/>
              </w:rPr>
            </w:pPr>
          </w:p>
        </w:tc>
      </w:tr>
      <w:tr w:rsidR="00DB5639" w:rsidRPr="00BE772F" w14:paraId="48A22642" w14:textId="77777777" w:rsidTr="00027A1A">
        <w:trPr>
          <w:gridBefore w:val="1"/>
          <w:wBefore w:w="19" w:type="dxa"/>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4F63F287" w14:textId="77777777" w:rsidR="00DB5639" w:rsidRPr="00BE772F" w:rsidRDefault="00DB5639" w:rsidP="00027A1A">
            <w:pPr>
              <w:spacing w:after="0" w:line="240" w:lineRule="auto"/>
              <w:rPr>
                <w:rFonts w:ascii="Times New Roman" w:eastAsia="Times New Roman" w:hAnsi="Times New Roman" w:cs="Times New Roman"/>
                <w:sz w:val="20"/>
                <w:szCs w:val="20"/>
                <w:lang w:val="en-GB" w:eastAsia="en-GB"/>
              </w:rPr>
            </w:pPr>
          </w:p>
        </w:tc>
        <w:tc>
          <w:tcPr>
            <w:tcW w:w="0" w:type="auto"/>
            <w:gridSpan w:val="3"/>
            <w:tcBorders>
              <w:top w:val="single" w:sz="6" w:space="0" w:color="E6E6E6"/>
              <w:left w:val="single" w:sz="6" w:space="0" w:color="E6E6E6"/>
              <w:bottom w:val="single" w:sz="6" w:space="0" w:color="E6E6E6"/>
              <w:right w:val="single" w:sz="6" w:space="0" w:color="E6E6E6"/>
            </w:tcBorders>
            <w:vAlign w:val="center"/>
          </w:tcPr>
          <w:p w14:paraId="485C0F84" w14:textId="77777777" w:rsidR="00DB5639" w:rsidRPr="00BE772F" w:rsidRDefault="00DB5639" w:rsidP="00027A1A">
            <w:pPr>
              <w:spacing w:after="0" w:line="240" w:lineRule="auto"/>
              <w:rPr>
                <w:rFonts w:ascii="Times New Roman" w:eastAsia="Times New Roman" w:hAnsi="Times New Roman" w:cs="Times New Roman"/>
                <w:sz w:val="20"/>
                <w:szCs w:val="20"/>
                <w:lang w:val="en-GB" w:eastAsia="en-GB"/>
              </w:rPr>
            </w:pPr>
          </w:p>
        </w:tc>
        <w:tc>
          <w:tcPr>
            <w:tcW w:w="0" w:type="auto"/>
            <w:gridSpan w:val="2"/>
            <w:tcBorders>
              <w:top w:val="single" w:sz="6" w:space="0" w:color="E6E6E6"/>
              <w:left w:val="single" w:sz="6" w:space="0" w:color="E6E6E6"/>
              <w:bottom w:val="single" w:sz="6" w:space="0" w:color="E6E6E6"/>
              <w:right w:val="single" w:sz="6" w:space="0" w:color="E6E6E6"/>
            </w:tcBorders>
            <w:vAlign w:val="center"/>
          </w:tcPr>
          <w:p w14:paraId="0ECC2488" w14:textId="77777777" w:rsidR="00DB5639" w:rsidRPr="00BE772F" w:rsidRDefault="00DB5639" w:rsidP="00027A1A">
            <w:pPr>
              <w:spacing w:after="0" w:line="240" w:lineRule="auto"/>
              <w:rPr>
                <w:rFonts w:ascii="Times New Roman" w:eastAsia="Times New Roman" w:hAnsi="Times New Roman" w:cs="Times New Roman"/>
                <w:sz w:val="20"/>
                <w:szCs w:val="20"/>
                <w:lang w:val="en-GB" w:eastAsia="en-GB"/>
              </w:rPr>
            </w:pPr>
          </w:p>
        </w:tc>
      </w:tr>
      <w:tr w:rsidR="00DB5639" w14:paraId="006D2B5F" w14:textId="77777777" w:rsidTr="00027A1A">
        <w:tblPrEx>
          <w:tblCellSpacing w:w="0" w:type="nil"/>
          <w:tblCellMar>
            <w:top w:w="0" w:type="dxa"/>
            <w:left w:w="108" w:type="dxa"/>
            <w:bottom w:w="0" w:type="dxa"/>
            <w:right w:w="108" w:type="dxa"/>
          </w:tblCellMar>
        </w:tblPrEx>
        <w:trPr>
          <w:gridAfter w:val="1"/>
        </w:trPr>
        <w:tc>
          <w:tcPr>
            <w:tcW w:w="2765" w:type="dxa"/>
            <w:gridSpan w:val="3"/>
          </w:tcPr>
          <w:p w14:paraId="0FA29C4E" w14:textId="77777777" w:rsidR="00DB5639" w:rsidRDefault="00DB5639" w:rsidP="00027A1A"/>
        </w:tc>
        <w:tc>
          <w:tcPr>
            <w:tcW w:w="2850" w:type="dxa"/>
          </w:tcPr>
          <w:p w14:paraId="6C530625" w14:textId="77777777" w:rsidR="00DB5639" w:rsidRDefault="00DB5639" w:rsidP="00027A1A"/>
        </w:tc>
        <w:tc>
          <w:tcPr>
            <w:tcW w:w="2770" w:type="dxa"/>
            <w:gridSpan w:val="2"/>
          </w:tcPr>
          <w:p w14:paraId="481FA0EB" w14:textId="77777777" w:rsidR="00DB5639" w:rsidRDefault="00DB5639" w:rsidP="00027A1A"/>
        </w:tc>
      </w:tr>
    </w:tbl>
    <w:p w14:paraId="77258060" w14:textId="70D0BA58" w:rsidR="00DB5639" w:rsidRDefault="00DB5639" w:rsidP="00DB5639">
      <w:pPr>
        <w:pStyle w:val="Heading1"/>
        <w:rPr>
          <w:color w:val="00B0F0"/>
          <w:lang w:val="en-GB" w:eastAsia="en-GB"/>
        </w:rPr>
      </w:pPr>
      <w:r w:rsidRPr="00B25DF4">
        <w:rPr>
          <w:color w:val="00B0F0"/>
          <w:lang w:val="en-GB" w:eastAsia="en-GB"/>
        </w:rPr>
        <w:t>Section 8: Approval</w:t>
      </w:r>
    </w:p>
    <w:p w14:paraId="1289B536" w14:textId="47F99A2E" w:rsidR="00B25DF4" w:rsidRDefault="00B25DF4" w:rsidP="00B25DF4">
      <w:pPr>
        <w:rPr>
          <w:lang w:val="en-GB" w:eastAsia="en-GB"/>
        </w:rPr>
      </w:pPr>
    </w:p>
    <w:tbl>
      <w:tblPr>
        <w:tblStyle w:val="TableGrid"/>
        <w:tblW w:w="0" w:type="auto"/>
        <w:tblLook w:val="04A0" w:firstRow="1" w:lastRow="0" w:firstColumn="1" w:lastColumn="0" w:noHBand="0" w:noVBand="1"/>
      </w:tblPr>
      <w:tblGrid>
        <w:gridCol w:w="2073"/>
        <w:gridCol w:w="6557"/>
      </w:tblGrid>
      <w:tr w:rsidR="00B25DF4" w14:paraId="2C2DD9B1" w14:textId="77777777" w:rsidTr="00B25DF4">
        <w:tc>
          <w:tcPr>
            <w:tcW w:w="2093" w:type="dxa"/>
            <w:shd w:val="clear" w:color="auto" w:fill="D9D9D9" w:themeFill="background1" w:themeFillShade="D9"/>
          </w:tcPr>
          <w:p w14:paraId="0349951A" w14:textId="77777777" w:rsidR="00B25DF4" w:rsidRDefault="00B25DF4" w:rsidP="00B25DF4">
            <w:r>
              <w:t>Completed by:</w:t>
            </w:r>
          </w:p>
          <w:p w14:paraId="23A3BEFF" w14:textId="3D23037D" w:rsidR="00B25DF4" w:rsidRDefault="00B25DF4" w:rsidP="00B25DF4">
            <w:pPr>
              <w:rPr>
                <w:lang w:val="en-GB" w:eastAsia="en-GB"/>
              </w:rPr>
            </w:pPr>
          </w:p>
        </w:tc>
        <w:tc>
          <w:tcPr>
            <w:tcW w:w="6763" w:type="dxa"/>
          </w:tcPr>
          <w:p w14:paraId="5BE2F069" w14:textId="77777777" w:rsidR="00B25DF4" w:rsidRDefault="00B25DF4" w:rsidP="00B25DF4">
            <w:pPr>
              <w:rPr>
                <w:lang w:val="en-GB" w:eastAsia="en-GB"/>
              </w:rPr>
            </w:pPr>
          </w:p>
        </w:tc>
      </w:tr>
      <w:tr w:rsidR="00B25DF4" w14:paraId="57D95ED9" w14:textId="77777777" w:rsidTr="00B25DF4">
        <w:tc>
          <w:tcPr>
            <w:tcW w:w="2093" w:type="dxa"/>
            <w:shd w:val="clear" w:color="auto" w:fill="D9D9D9" w:themeFill="background1" w:themeFillShade="D9"/>
          </w:tcPr>
          <w:p w14:paraId="779A3AE8" w14:textId="77777777" w:rsidR="00B25DF4" w:rsidRDefault="00B25DF4" w:rsidP="00B25DF4">
            <w:r>
              <w:t>Signature:</w:t>
            </w:r>
          </w:p>
          <w:p w14:paraId="76052434" w14:textId="38E9ACE2" w:rsidR="00B25DF4" w:rsidRDefault="00B25DF4" w:rsidP="00B25DF4">
            <w:pPr>
              <w:rPr>
                <w:lang w:val="en-GB" w:eastAsia="en-GB"/>
              </w:rPr>
            </w:pPr>
          </w:p>
        </w:tc>
        <w:tc>
          <w:tcPr>
            <w:tcW w:w="6763" w:type="dxa"/>
          </w:tcPr>
          <w:p w14:paraId="3E4AD4FA" w14:textId="77777777" w:rsidR="00B25DF4" w:rsidRDefault="00B25DF4" w:rsidP="00B25DF4">
            <w:pPr>
              <w:rPr>
                <w:lang w:val="en-GB" w:eastAsia="en-GB"/>
              </w:rPr>
            </w:pPr>
          </w:p>
        </w:tc>
      </w:tr>
      <w:tr w:rsidR="00B25DF4" w14:paraId="4B65867A" w14:textId="77777777" w:rsidTr="00B25DF4">
        <w:tc>
          <w:tcPr>
            <w:tcW w:w="2093" w:type="dxa"/>
            <w:shd w:val="clear" w:color="auto" w:fill="D9D9D9" w:themeFill="background1" w:themeFillShade="D9"/>
          </w:tcPr>
          <w:p w14:paraId="1F163261" w14:textId="77777777" w:rsidR="00B25DF4" w:rsidRDefault="00B25DF4" w:rsidP="00B25DF4">
            <w:r>
              <w:t>Headteacher:</w:t>
            </w:r>
          </w:p>
          <w:p w14:paraId="4918977A" w14:textId="72D2E132" w:rsidR="00B25DF4" w:rsidRDefault="00B25DF4" w:rsidP="00B25DF4">
            <w:pPr>
              <w:rPr>
                <w:lang w:val="en-GB" w:eastAsia="en-GB"/>
              </w:rPr>
            </w:pPr>
          </w:p>
        </w:tc>
        <w:tc>
          <w:tcPr>
            <w:tcW w:w="6763" w:type="dxa"/>
          </w:tcPr>
          <w:p w14:paraId="4F780BB2" w14:textId="77777777" w:rsidR="00B25DF4" w:rsidRDefault="00B25DF4" w:rsidP="00B25DF4">
            <w:pPr>
              <w:rPr>
                <w:lang w:val="en-GB" w:eastAsia="en-GB"/>
              </w:rPr>
            </w:pPr>
          </w:p>
        </w:tc>
      </w:tr>
      <w:tr w:rsidR="00B25DF4" w14:paraId="5FA8B1C1" w14:textId="77777777" w:rsidTr="00B25DF4">
        <w:tc>
          <w:tcPr>
            <w:tcW w:w="2093" w:type="dxa"/>
            <w:shd w:val="clear" w:color="auto" w:fill="D9D9D9" w:themeFill="background1" w:themeFillShade="D9"/>
          </w:tcPr>
          <w:p w14:paraId="1840CCAC" w14:textId="77777777" w:rsidR="00B25DF4" w:rsidRDefault="00B25DF4" w:rsidP="00B25DF4">
            <w:r>
              <w:t>Signature:</w:t>
            </w:r>
          </w:p>
          <w:p w14:paraId="10E4D5DB" w14:textId="3197666A" w:rsidR="00B25DF4" w:rsidRDefault="00B25DF4" w:rsidP="00B25DF4">
            <w:pPr>
              <w:rPr>
                <w:lang w:val="en-GB" w:eastAsia="en-GB"/>
              </w:rPr>
            </w:pPr>
          </w:p>
        </w:tc>
        <w:tc>
          <w:tcPr>
            <w:tcW w:w="6763" w:type="dxa"/>
          </w:tcPr>
          <w:p w14:paraId="35ECFCBD" w14:textId="77777777" w:rsidR="00B25DF4" w:rsidRDefault="00B25DF4" w:rsidP="00B25DF4">
            <w:pPr>
              <w:rPr>
                <w:lang w:val="en-GB" w:eastAsia="en-GB"/>
              </w:rPr>
            </w:pPr>
          </w:p>
        </w:tc>
      </w:tr>
      <w:tr w:rsidR="00B25DF4" w14:paraId="194E1869" w14:textId="77777777" w:rsidTr="00B25DF4">
        <w:tc>
          <w:tcPr>
            <w:tcW w:w="2093" w:type="dxa"/>
            <w:shd w:val="clear" w:color="auto" w:fill="D9D9D9" w:themeFill="background1" w:themeFillShade="D9"/>
          </w:tcPr>
          <w:p w14:paraId="4604F45D" w14:textId="77777777" w:rsidR="00B25DF4" w:rsidRDefault="00B25DF4" w:rsidP="00B25DF4">
            <w:r>
              <w:t>Date:</w:t>
            </w:r>
          </w:p>
          <w:p w14:paraId="7E63BB69" w14:textId="08F8A600" w:rsidR="00B25DF4" w:rsidRDefault="00B25DF4" w:rsidP="00B25DF4"/>
        </w:tc>
        <w:tc>
          <w:tcPr>
            <w:tcW w:w="6763" w:type="dxa"/>
          </w:tcPr>
          <w:p w14:paraId="5319A14E" w14:textId="77777777" w:rsidR="00B25DF4" w:rsidRDefault="00B25DF4" w:rsidP="00B25DF4">
            <w:pPr>
              <w:rPr>
                <w:lang w:val="en-GB" w:eastAsia="en-GB"/>
              </w:rPr>
            </w:pPr>
          </w:p>
        </w:tc>
      </w:tr>
    </w:tbl>
    <w:p w14:paraId="4D9CAE14" w14:textId="77777777" w:rsidR="00B25DF4" w:rsidRPr="00B25DF4" w:rsidRDefault="00B25DF4" w:rsidP="00B25DF4">
      <w:pPr>
        <w:rPr>
          <w:lang w:val="en-GB" w:eastAsia="en-GB"/>
        </w:rPr>
      </w:pPr>
    </w:p>
    <w:p w14:paraId="7EC57AB1" w14:textId="77777777" w:rsidR="00B25DF4" w:rsidRPr="00B25DF4" w:rsidRDefault="00B25DF4" w:rsidP="00B25DF4">
      <w:pPr>
        <w:rPr>
          <w:lang w:val="en-GB" w:eastAsia="en-GB"/>
        </w:rPr>
      </w:pPr>
    </w:p>
    <w:p w14:paraId="50C6C638" w14:textId="354BEF2B" w:rsidR="00DB5639" w:rsidRDefault="00DB5639" w:rsidP="00DB5639"/>
    <w:p w14:paraId="4532E4A0" w14:textId="77777777" w:rsidR="00DB5639" w:rsidRPr="00352BAE" w:rsidRDefault="00DB5639" w:rsidP="00352BAE">
      <w:pPr>
        <w:rPr>
          <w:rFonts w:ascii="Arial" w:hAnsi="Arial" w:cs="Arial"/>
          <w:b/>
          <w:color w:val="00B0F0"/>
          <w:sz w:val="28"/>
          <w:szCs w:val="28"/>
        </w:rPr>
      </w:pPr>
    </w:p>
    <w:sectPr w:rsidR="00DB5639" w:rsidRPr="00352BAE"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0B2F92"/>
    <w:multiLevelType w:val="multilevel"/>
    <w:tmpl w:val="86340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500BB5"/>
    <w:multiLevelType w:val="multilevel"/>
    <w:tmpl w:val="C36EE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7D3D38"/>
    <w:multiLevelType w:val="multilevel"/>
    <w:tmpl w:val="B914D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7A0F4F"/>
    <w:multiLevelType w:val="multilevel"/>
    <w:tmpl w:val="111E2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E1653A"/>
    <w:multiLevelType w:val="multilevel"/>
    <w:tmpl w:val="4C780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802D38"/>
    <w:multiLevelType w:val="multilevel"/>
    <w:tmpl w:val="D1322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A022E5"/>
    <w:multiLevelType w:val="multilevel"/>
    <w:tmpl w:val="E8628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DA3DE1"/>
    <w:multiLevelType w:val="multilevel"/>
    <w:tmpl w:val="39D05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4F740D"/>
    <w:multiLevelType w:val="multilevel"/>
    <w:tmpl w:val="AF24A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8D482D"/>
    <w:multiLevelType w:val="multilevel"/>
    <w:tmpl w:val="6C7E8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F26CBD"/>
    <w:multiLevelType w:val="multilevel"/>
    <w:tmpl w:val="CE2AD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7B21C1"/>
    <w:multiLevelType w:val="multilevel"/>
    <w:tmpl w:val="64F23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BA5169"/>
    <w:multiLevelType w:val="multilevel"/>
    <w:tmpl w:val="BEDED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F03695"/>
    <w:multiLevelType w:val="multilevel"/>
    <w:tmpl w:val="6B82E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A47A43"/>
    <w:multiLevelType w:val="multilevel"/>
    <w:tmpl w:val="45F2B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637E4D"/>
    <w:multiLevelType w:val="multilevel"/>
    <w:tmpl w:val="60D66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7D430D"/>
    <w:multiLevelType w:val="multilevel"/>
    <w:tmpl w:val="33362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B82C0E"/>
    <w:multiLevelType w:val="multilevel"/>
    <w:tmpl w:val="8AEAC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E073BD"/>
    <w:multiLevelType w:val="multilevel"/>
    <w:tmpl w:val="B04C0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323E63"/>
    <w:multiLevelType w:val="multilevel"/>
    <w:tmpl w:val="27845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E60387"/>
    <w:multiLevelType w:val="multilevel"/>
    <w:tmpl w:val="E9505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A11CD3"/>
    <w:multiLevelType w:val="multilevel"/>
    <w:tmpl w:val="18805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30566C"/>
    <w:multiLevelType w:val="multilevel"/>
    <w:tmpl w:val="4E046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965E16"/>
    <w:multiLevelType w:val="multilevel"/>
    <w:tmpl w:val="7B96C6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D977856"/>
    <w:multiLevelType w:val="multilevel"/>
    <w:tmpl w:val="AD3EC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007F06"/>
    <w:multiLevelType w:val="multilevel"/>
    <w:tmpl w:val="C1883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0B3C48"/>
    <w:multiLevelType w:val="multilevel"/>
    <w:tmpl w:val="8DF0C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4F2EAF"/>
    <w:multiLevelType w:val="multilevel"/>
    <w:tmpl w:val="61BC0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517D75"/>
    <w:multiLevelType w:val="multilevel"/>
    <w:tmpl w:val="9DF8B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9104B9"/>
    <w:multiLevelType w:val="multilevel"/>
    <w:tmpl w:val="A7142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DC2510"/>
    <w:multiLevelType w:val="multilevel"/>
    <w:tmpl w:val="375C4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20"/>
  </w:num>
  <w:num w:numId="11">
    <w:abstractNumId w:val="14"/>
  </w:num>
  <w:num w:numId="12">
    <w:abstractNumId w:val="12"/>
  </w:num>
  <w:num w:numId="13">
    <w:abstractNumId w:val="27"/>
  </w:num>
  <w:num w:numId="14">
    <w:abstractNumId w:val="35"/>
  </w:num>
  <w:num w:numId="15">
    <w:abstractNumId w:val="34"/>
  </w:num>
  <w:num w:numId="16">
    <w:abstractNumId w:val="29"/>
  </w:num>
  <w:num w:numId="17">
    <w:abstractNumId w:val="9"/>
  </w:num>
  <w:num w:numId="18">
    <w:abstractNumId w:val="37"/>
  </w:num>
  <w:num w:numId="19">
    <w:abstractNumId w:val="23"/>
  </w:num>
  <w:num w:numId="20">
    <w:abstractNumId w:val="15"/>
  </w:num>
  <w:num w:numId="21">
    <w:abstractNumId w:val="33"/>
  </w:num>
  <w:num w:numId="22">
    <w:abstractNumId w:val="40"/>
  </w:num>
  <w:num w:numId="23">
    <w:abstractNumId w:val="32"/>
  </w:num>
  <w:num w:numId="24">
    <w:abstractNumId w:val="26"/>
  </w:num>
  <w:num w:numId="25">
    <w:abstractNumId w:val="22"/>
  </w:num>
  <w:num w:numId="26">
    <w:abstractNumId w:val="21"/>
  </w:num>
  <w:num w:numId="27">
    <w:abstractNumId w:val="39"/>
  </w:num>
  <w:num w:numId="28">
    <w:abstractNumId w:val="18"/>
  </w:num>
  <w:num w:numId="29">
    <w:abstractNumId w:val="16"/>
  </w:num>
  <w:num w:numId="30">
    <w:abstractNumId w:val="17"/>
  </w:num>
  <w:num w:numId="31">
    <w:abstractNumId w:val="11"/>
  </w:num>
  <w:num w:numId="32">
    <w:abstractNumId w:val="10"/>
  </w:num>
  <w:num w:numId="33">
    <w:abstractNumId w:val="31"/>
  </w:num>
  <w:num w:numId="34">
    <w:abstractNumId w:val="19"/>
  </w:num>
  <w:num w:numId="35">
    <w:abstractNumId w:val="24"/>
  </w:num>
  <w:num w:numId="36">
    <w:abstractNumId w:val="28"/>
  </w:num>
  <w:num w:numId="37">
    <w:abstractNumId w:val="36"/>
  </w:num>
  <w:num w:numId="38">
    <w:abstractNumId w:val="25"/>
  </w:num>
  <w:num w:numId="39">
    <w:abstractNumId w:val="30"/>
  </w:num>
  <w:num w:numId="40">
    <w:abstractNumId w:val="38"/>
  </w:num>
  <w:num w:numId="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0A3D2D"/>
    <w:rsid w:val="0015074B"/>
    <w:rsid w:val="00196DF4"/>
    <w:rsid w:val="00220AFD"/>
    <w:rsid w:val="0029639D"/>
    <w:rsid w:val="002E4DC1"/>
    <w:rsid w:val="00326F90"/>
    <w:rsid w:val="00352BAE"/>
    <w:rsid w:val="004C28DF"/>
    <w:rsid w:val="008153E3"/>
    <w:rsid w:val="008C3B87"/>
    <w:rsid w:val="00AA1D8D"/>
    <w:rsid w:val="00B25DF4"/>
    <w:rsid w:val="00B47730"/>
    <w:rsid w:val="00C56684"/>
    <w:rsid w:val="00CB0664"/>
    <w:rsid w:val="00CD6C9D"/>
    <w:rsid w:val="00DB5639"/>
    <w:rsid w:val="00DC0218"/>
    <w:rsid w:val="00FB45D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DF7352F2-86C3-4A2E-998B-DF7C8A839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ext">
    <w:name w:val="Text"/>
    <w:basedOn w:val="BodyText"/>
    <w:link w:val="TextChar"/>
    <w:qFormat/>
    <w:rsid w:val="00352BAE"/>
    <w:pPr>
      <w:spacing w:line="240" w:lineRule="auto"/>
    </w:pPr>
    <w:rPr>
      <w:rFonts w:ascii="Arial" w:eastAsia="MS Mincho" w:hAnsi="Arial" w:cs="Times New Roman"/>
      <w:sz w:val="20"/>
      <w:szCs w:val="20"/>
    </w:rPr>
  </w:style>
  <w:style w:type="character" w:customStyle="1" w:styleId="TextChar">
    <w:name w:val="Text Char"/>
    <w:link w:val="Text"/>
    <w:rsid w:val="00352BAE"/>
    <w:rPr>
      <w:rFonts w:ascii="Arial" w:eastAsia="MS Mincho" w:hAnsi="Arial" w:cs="Times New Roman"/>
      <w:sz w:val="20"/>
      <w:szCs w:val="20"/>
    </w:rPr>
  </w:style>
  <w:style w:type="character" w:styleId="Hyperlink">
    <w:name w:val="Hyperlink"/>
    <w:basedOn w:val="DefaultParagraphFont"/>
    <w:uiPriority w:val="99"/>
    <w:unhideWhenUsed/>
    <w:rsid w:val="00196DF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1795271">
      <w:bodyDiv w:val="1"/>
      <w:marLeft w:val="0"/>
      <w:marRight w:val="0"/>
      <w:marTop w:val="0"/>
      <w:marBottom w:val="0"/>
      <w:divBdr>
        <w:top w:val="none" w:sz="0" w:space="0" w:color="auto"/>
        <w:left w:val="none" w:sz="0" w:space="0" w:color="auto"/>
        <w:bottom w:val="none" w:sz="0" w:space="0" w:color="auto"/>
        <w:right w:val="none" w:sz="0" w:space="0" w:color="auto"/>
      </w:divBdr>
    </w:div>
    <w:div w:id="1484397534">
      <w:bodyDiv w:val="1"/>
      <w:marLeft w:val="0"/>
      <w:marRight w:val="0"/>
      <w:marTop w:val="0"/>
      <w:marBottom w:val="0"/>
      <w:divBdr>
        <w:top w:val="none" w:sz="0" w:space="0" w:color="auto"/>
        <w:left w:val="none" w:sz="0" w:space="0" w:color="auto"/>
        <w:bottom w:val="none" w:sz="0" w:space="0" w:color="auto"/>
        <w:right w:val="none" w:sz="0" w:space="0" w:color="auto"/>
      </w:divBdr>
    </w:div>
    <w:div w:id="1724402899">
      <w:bodyDiv w:val="1"/>
      <w:marLeft w:val="0"/>
      <w:marRight w:val="0"/>
      <w:marTop w:val="0"/>
      <w:marBottom w:val="0"/>
      <w:divBdr>
        <w:top w:val="none" w:sz="0" w:space="0" w:color="auto"/>
        <w:left w:val="none" w:sz="0" w:space="0" w:color="auto"/>
        <w:bottom w:val="none" w:sz="0" w:space="0" w:color="auto"/>
        <w:right w:val="none" w:sz="0" w:space="0" w:color="auto"/>
      </w:divBdr>
    </w:div>
    <w:div w:id="1820490067">
      <w:bodyDiv w:val="1"/>
      <w:marLeft w:val="0"/>
      <w:marRight w:val="0"/>
      <w:marTop w:val="0"/>
      <w:marBottom w:val="0"/>
      <w:divBdr>
        <w:top w:val="none" w:sz="0" w:space="0" w:color="auto"/>
        <w:left w:val="none" w:sz="0" w:space="0" w:color="auto"/>
        <w:bottom w:val="none" w:sz="0" w:space="0" w:color="auto"/>
        <w:right w:val="none" w:sz="0" w:space="0" w:color="auto"/>
      </w:divBdr>
    </w:div>
    <w:div w:id="1847745730">
      <w:bodyDiv w:val="1"/>
      <w:marLeft w:val="0"/>
      <w:marRight w:val="0"/>
      <w:marTop w:val="0"/>
      <w:marBottom w:val="0"/>
      <w:divBdr>
        <w:top w:val="none" w:sz="0" w:space="0" w:color="auto"/>
        <w:left w:val="none" w:sz="0" w:space="0" w:color="auto"/>
        <w:bottom w:val="none" w:sz="0" w:space="0" w:color="auto"/>
        <w:right w:val="none" w:sz="0" w:space="0" w:color="auto"/>
      </w:divBdr>
      <w:divsChild>
        <w:div w:id="2020229584">
          <w:marLeft w:val="0"/>
          <w:marRight w:val="0"/>
          <w:marTop w:val="0"/>
          <w:marBottom w:val="0"/>
          <w:divBdr>
            <w:top w:val="none" w:sz="0" w:space="0" w:color="auto"/>
            <w:left w:val="none" w:sz="0" w:space="0" w:color="auto"/>
            <w:bottom w:val="none" w:sz="0" w:space="0" w:color="auto"/>
            <w:right w:val="none" w:sz="0" w:space="0" w:color="auto"/>
          </w:divBdr>
        </w:div>
      </w:divsChild>
    </w:div>
    <w:div w:id="1855803784">
      <w:bodyDiv w:val="1"/>
      <w:marLeft w:val="0"/>
      <w:marRight w:val="0"/>
      <w:marTop w:val="0"/>
      <w:marBottom w:val="0"/>
      <w:divBdr>
        <w:top w:val="none" w:sz="0" w:space="0" w:color="auto"/>
        <w:left w:val="none" w:sz="0" w:space="0" w:color="auto"/>
        <w:bottom w:val="none" w:sz="0" w:space="0" w:color="auto"/>
        <w:right w:val="none" w:sz="0" w:space="0" w:color="auto"/>
      </w:divBdr>
      <w:divsChild>
        <w:div w:id="1388340748">
          <w:marLeft w:val="0"/>
          <w:marRight w:val="0"/>
          <w:marTop w:val="0"/>
          <w:marBottom w:val="0"/>
          <w:divBdr>
            <w:top w:val="none" w:sz="0" w:space="0" w:color="auto"/>
            <w:left w:val="none" w:sz="0" w:space="0" w:color="auto"/>
            <w:bottom w:val="none" w:sz="0" w:space="0" w:color="auto"/>
            <w:right w:val="none" w:sz="0" w:space="0" w:color="auto"/>
          </w:divBdr>
        </w:div>
      </w:divsChild>
    </w:div>
    <w:div w:id="2065372406">
      <w:bodyDiv w:val="1"/>
      <w:marLeft w:val="0"/>
      <w:marRight w:val="0"/>
      <w:marTop w:val="0"/>
      <w:marBottom w:val="0"/>
      <w:divBdr>
        <w:top w:val="none" w:sz="0" w:space="0" w:color="auto"/>
        <w:left w:val="none" w:sz="0" w:space="0" w:color="auto"/>
        <w:bottom w:val="none" w:sz="0" w:space="0" w:color="auto"/>
        <w:right w:val="none" w:sz="0" w:space="0" w:color="auto"/>
      </w:divBdr>
    </w:div>
    <w:div w:id="2076471811">
      <w:bodyDiv w:val="1"/>
      <w:marLeft w:val="0"/>
      <w:marRight w:val="0"/>
      <w:marTop w:val="0"/>
      <w:marBottom w:val="0"/>
      <w:divBdr>
        <w:top w:val="none" w:sz="0" w:space="0" w:color="auto"/>
        <w:left w:val="none" w:sz="0" w:space="0" w:color="auto"/>
        <w:bottom w:val="none" w:sz="0" w:space="0" w:color="auto"/>
        <w:right w:val="none" w:sz="0" w:space="0" w:color="auto"/>
      </w:divBdr>
      <w:divsChild>
        <w:div w:id="790633010">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dmin@cherrytree-pri.essex.sch.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brown@cherrytree-pri.essex.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conway@cherrytree-pri.essex.sch.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mailto:cliddard@cherrytree-pri.essex.sch.uk"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85c8f78-6581-43bf-8019-b7ce4256d15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9F72EBDE0F224AA1D05EA9181173B1" ma:contentTypeVersion="18" ma:contentTypeDescription="Create a new document." ma:contentTypeScope="" ma:versionID="879a1bf611be8f03b50159c244dc8ff7">
  <xsd:schema xmlns:xsd="http://www.w3.org/2001/XMLSchema" xmlns:xs="http://www.w3.org/2001/XMLSchema" xmlns:p="http://schemas.microsoft.com/office/2006/metadata/properties" xmlns:ns3="185c8f78-6581-43bf-8019-b7ce4256d157" xmlns:ns4="c832091e-c2bf-4c29-ab01-fc5328e1b29d" targetNamespace="http://schemas.microsoft.com/office/2006/metadata/properties" ma:root="true" ma:fieldsID="cc5b6fb09592fd6294c3f8b5a8feffa6" ns3:_="" ns4:_="">
    <xsd:import namespace="185c8f78-6581-43bf-8019-b7ce4256d157"/>
    <xsd:import namespace="c832091e-c2bf-4c29-ab01-fc5328e1b29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5c8f78-6581-43bf-8019-b7ce4256d1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32091e-c2bf-4c29-ab01-fc5328e1b29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AF4392-868E-4114-8463-39A21985FBFF}">
  <ds:schemaRefs>
    <ds:schemaRef ds:uri="http://schemas.microsoft.com/office/2006/metadata/properties"/>
    <ds:schemaRef ds:uri="http://www.w3.org/XML/1998/namespace"/>
    <ds:schemaRef ds:uri="http://purl.org/dc/elements/1.1/"/>
    <ds:schemaRef ds:uri="http://schemas.microsoft.com/office/2006/documentManagement/types"/>
    <ds:schemaRef ds:uri="185c8f78-6581-43bf-8019-b7ce4256d157"/>
    <ds:schemaRef ds:uri="http://schemas.openxmlformats.org/package/2006/metadata/core-properties"/>
    <ds:schemaRef ds:uri="http://purl.org/dc/dcmitype/"/>
    <ds:schemaRef ds:uri="http://schemas.microsoft.com/office/infopath/2007/PartnerControls"/>
    <ds:schemaRef ds:uri="c832091e-c2bf-4c29-ab01-fc5328e1b29d"/>
    <ds:schemaRef ds:uri="http://purl.org/dc/terms/"/>
  </ds:schemaRefs>
</ds:datastoreItem>
</file>

<file path=customXml/itemProps2.xml><?xml version="1.0" encoding="utf-8"?>
<ds:datastoreItem xmlns:ds="http://schemas.openxmlformats.org/officeDocument/2006/customXml" ds:itemID="{B34F0305-B49F-47D6-A6F3-CD9E527CA8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5c8f78-6581-43bf-8019-b7ce4256d157"/>
    <ds:schemaRef ds:uri="c832091e-c2bf-4c29-ab01-fc5328e1b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285816-DB7A-4B07-A70B-179EFB8DFE09}">
  <ds:schemaRefs>
    <ds:schemaRef ds:uri="http://schemas.microsoft.com/sharepoint/v3/contenttype/forms"/>
  </ds:schemaRefs>
</ds:datastoreItem>
</file>

<file path=customXml/itemProps4.xml><?xml version="1.0" encoding="utf-8"?>
<ds:datastoreItem xmlns:ds="http://schemas.openxmlformats.org/officeDocument/2006/customXml" ds:itemID="{8B2C077C-C630-4DB6-B00A-059508EA8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1880</Words>
  <Characters>10721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12576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Tobin</dc:creator>
  <cp:keywords/>
  <dc:description>generated by python-docx</dc:description>
  <cp:lastModifiedBy>Michelle Brown</cp:lastModifiedBy>
  <cp:revision>2</cp:revision>
  <dcterms:created xsi:type="dcterms:W3CDTF">2026-09-24T15:08:00Z</dcterms:created>
  <dcterms:modified xsi:type="dcterms:W3CDTF">2026-09-24T15:08:00Z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0x010100799F72EBDE0F224AA1D05EA9181173B1</vt:lpwstr>
  </property>
</Properties>
</file>